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B05929" w14:textId="6672BE9A" w:rsidR="009D7918" w:rsidRPr="009D7918" w:rsidRDefault="009D7918" w:rsidP="009D7918">
      <w:pPr>
        <w:jc w:val="both"/>
        <w:rPr>
          <w:b/>
          <w:bCs/>
        </w:rPr>
      </w:pPr>
      <w:r w:rsidRPr="009D7918">
        <w:rPr>
          <w:b/>
          <w:noProof/>
          <w:lang w:val="el-GR" w:eastAsia="el-GR"/>
        </w:rPr>
        <mc:AlternateContent>
          <mc:Choice Requires="wpg">
            <w:drawing>
              <wp:anchor distT="57150" distB="57150" distL="57150" distR="57150" simplePos="0" relativeHeight="251655680" behindDoc="0" locked="0" layoutInCell="1" allowOverlap="1" wp14:anchorId="3115351F" wp14:editId="5D5F492E">
                <wp:simplePos x="0" y="0"/>
                <wp:positionH relativeFrom="page">
                  <wp:posOffset>4765675</wp:posOffset>
                </wp:positionH>
                <wp:positionV relativeFrom="page">
                  <wp:posOffset>337820</wp:posOffset>
                </wp:positionV>
                <wp:extent cx="2428875" cy="1238885"/>
                <wp:effectExtent l="0" t="0" r="28575" b="0"/>
                <wp:wrapNone/>
                <wp:docPr id="1072620062" name="Group 3"/>
                <wp:cNvGraphicFramePr/>
                <a:graphic xmlns:a="http://schemas.openxmlformats.org/drawingml/2006/main">
                  <a:graphicData uri="http://schemas.microsoft.com/office/word/2010/wordprocessingGroup">
                    <wpg:wgp>
                      <wpg:cNvGrpSpPr/>
                      <wpg:grpSpPr>
                        <a:xfrm>
                          <a:off x="0" y="0"/>
                          <a:ext cx="2428875" cy="1238885"/>
                          <a:chOff x="0" y="-1"/>
                          <a:chExt cx="2428875" cy="1238889"/>
                        </a:xfrm>
                      </wpg:grpSpPr>
                      <wps:wsp>
                        <wps:cNvPr id="1574480730" name="Shape 1073741828"/>
                        <wps:cNvSpPr/>
                        <wps:spPr>
                          <a:xfrm>
                            <a:off x="0" y="-1"/>
                            <a:ext cx="2428875" cy="1195899"/>
                          </a:xfrm>
                          <a:prstGeom prst="rect">
                            <a:avLst/>
                          </a:prstGeom>
                          <a:solidFill>
                            <a:srgbClr val="FFFFFF"/>
                          </a:solidFill>
                          <a:ln w="9525" cap="flat">
                            <a:solidFill>
                              <a:srgbClr val="000000"/>
                            </a:solidFill>
                            <a:prstDash val="solid"/>
                            <a:round/>
                          </a:ln>
                          <a:effectLst/>
                        </wps:spPr>
                        <wps:bodyPr/>
                      </wps:wsp>
                      <wps:wsp>
                        <wps:cNvPr id="101423353" name="Shape 1073741829"/>
                        <wps:cNvSpPr/>
                        <wps:spPr>
                          <a:xfrm>
                            <a:off x="0" y="42854"/>
                            <a:ext cx="2428875" cy="1196034"/>
                          </a:xfrm>
                          <a:prstGeom prst="rect">
                            <a:avLst/>
                          </a:prstGeom>
                          <a:noFill/>
                          <a:ln w="12700" cap="flat">
                            <a:noFill/>
                            <a:miter lim="400000"/>
                          </a:ln>
                          <a:effectLst/>
                        </wps:spPr>
                        <wps:txbx>
                          <w:txbxContent>
                            <w:p w14:paraId="10F02461" w14:textId="1227C3B3" w:rsidR="009D7918" w:rsidRDefault="009D7918" w:rsidP="009D7918">
                              <w:pPr>
                                <w:spacing w:after="0" w:line="360" w:lineRule="auto"/>
                                <w:jc w:val="right"/>
                                <w:rPr>
                                  <w:lang w:val="el-GR"/>
                                </w:rPr>
                              </w:pPr>
                              <w:r>
                                <w:rPr>
                                  <w:rStyle w:val="Char"/>
                                  <w:b/>
                                  <w:bCs/>
                                  <w:szCs w:val="24"/>
                                  <w:lang w:val="de-DE"/>
                                </w:rPr>
                                <w:t>Α</w:t>
                              </w:r>
                              <w:r>
                                <w:rPr>
                                  <w:rStyle w:val="Char"/>
                                  <w:b/>
                                  <w:bCs/>
                                  <w:szCs w:val="24"/>
                                  <w:lang w:val="el-GR"/>
                                </w:rPr>
                                <w:t>Ρ. ΠΡΩΤ: 3</w:t>
                              </w:r>
                              <w:r w:rsidR="002D2D05">
                                <w:rPr>
                                  <w:rStyle w:val="Char"/>
                                  <w:b/>
                                  <w:bCs/>
                                  <w:szCs w:val="24"/>
                                  <w:lang w:val="el-GR"/>
                                </w:rPr>
                                <w:t>4</w:t>
                              </w:r>
                              <w:r>
                                <w:rPr>
                                  <w:rStyle w:val="Char"/>
                                  <w:b/>
                                  <w:bCs/>
                                  <w:szCs w:val="24"/>
                                  <w:lang w:val="el-GR"/>
                                </w:rPr>
                                <w:t>/</w:t>
                              </w:r>
                              <w:r w:rsidR="002D2D05">
                                <w:rPr>
                                  <w:rStyle w:val="Char"/>
                                  <w:b/>
                                  <w:bCs/>
                                  <w:szCs w:val="24"/>
                                  <w:lang w:val="el-GR"/>
                                </w:rPr>
                                <w:t>0</w:t>
                              </w:r>
                              <w:r>
                                <w:rPr>
                                  <w:rStyle w:val="Char"/>
                                  <w:b/>
                                  <w:bCs/>
                                  <w:szCs w:val="24"/>
                                  <w:lang w:val="el-GR"/>
                                </w:rPr>
                                <w:t>9-</w:t>
                              </w:r>
                              <w:r w:rsidR="002D2D05">
                                <w:rPr>
                                  <w:rStyle w:val="Char"/>
                                  <w:b/>
                                  <w:bCs/>
                                  <w:szCs w:val="24"/>
                                  <w:lang w:val="el-GR"/>
                                </w:rPr>
                                <w:t>1</w:t>
                              </w:r>
                              <w:r>
                                <w:rPr>
                                  <w:rStyle w:val="Char"/>
                                  <w:b/>
                                  <w:bCs/>
                                  <w:szCs w:val="24"/>
                                  <w:lang w:val="el-GR"/>
                                </w:rPr>
                                <w:t>0-2026</w:t>
                              </w:r>
                              <w:r>
                                <w:rPr>
                                  <w:b/>
                                  <w:bCs/>
                                  <w:szCs w:val="24"/>
                                  <w:lang w:val="el-GR"/>
                                </w:rPr>
                                <w:br/>
                              </w:r>
                              <w:r>
                                <w:rPr>
                                  <w:rStyle w:val="Char"/>
                                  <w:b/>
                                  <w:bCs/>
                                  <w:szCs w:val="24"/>
                                  <w:lang w:val="de-DE"/>
                                </w:rPr>
                                <w:t>Π</w:t>
                              </w:r>
                              <w:r>
                                <w:rPr>
                                  <w:rStyle w:val="Char"/>
                                  <w:b/>
                                  <w:bCs/>
                                  <w:szCs w:val="24"/>
                                  <w:lang w:val="el-GR"/>
                                </w:rPr>
                                <w:t xml:space="preserve">ΡΟΣ: Σχολεία ΕΛΜΕ </w:t>
                              </w:r>
                              <w:r>
                                <w:rPr>
                                  <w:b/>
                                  <w:bCs/>
                                  <w:szCs w:val="24"/>
                                  <w:lang w:val="el-GR"/>
                                </w:rPr>
                                <w:br/>
                              </w:r>
                              <w:r>
                                <w:rPr>
                                  <w:rStyle w:val="Char"/>
                                  <w:b/>
                                  <w:bCs/>
                                  <w:szCs w:val="24"/>
                                  <w:lang w:val="el-GR"/>
                                </w:rPr>
                                <w:t>ΚΟΙΝ: Μέλη Σωματείου,</w:t>
                              </w:r>
                              <w:r>
                                <w:rPr>
                                  <w:b/>
                                  <w:bCs/>
                                  <w:szCs w:val="24"/>
                                  <w:lang w:val="el-GR"/>
                                </w:rPr>
                                <w:br/>
                              </w:r>
                              <w:r>
                                <w:rPr>
                                  <w:rStyle w:val="Char"/>
                                  <w:b/>
                                  <w:bCs/>
                                  <w:szCs w:val="24"/>
                                  <w:lang w:val="el-GR"/>
                                </w:rPr>
                                <w:t>ΜΜΕ</w:t>
                              </w:r>
                            </w:p>
                          </w:txbxContent>
                        </wps:txbx>
                        <wps:bodyPr wrap="square" lIns="45718" tIns="45718" rIns="45718" bIns="45718" numCol="1" anchor="t">
                          <a:noAutofit/>
                        </wps:bodyPr>
                      </wps:wsp>
                    </wpg:wgp>
                  </a:graphicData>
                </a:graphic>
                <wp14:sizeRelH relativeFrom="page">
                  <wp14:pctWidth>0</wp14:pctWidth>
                </wp14:sizeRelH>
                <wp14:sizeRelV relativeFrom="page">
                  <wp14:pctHeight>0</wp14:pctHeight>
                </wp14:sizeRelV>
              </wp:anchor>
            </w:drawing>
          </mc:Choice>
          <mc:Fallback>
            <w:pict>
              <v:group w14:anchorId="3115351F" id="Group 3" o:spid="_x0000_s1026" style="position:absolute;left:0;text-align:left;margin-left:375.25pt;margin-top:26.6pt;width:191.25pt;height:97.55pt;z-index:251655680;mso-wrap-distance-left:4.5pt;mso-wrap-distance-top:4.5pt;mso-wrap-distance-right:4.5pt;mso-wrap-distance-bottom:4.5pt;mso-position-horizontal-relative:page;mso-position-vertical-relative:page" coordorigin="" coordsize="24288,12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">
                <v:rect id="Shape 1073741828" o:spid="_x0000_s1027" style="position:absolute;width:24288;height:11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">
                  <v:stroke joinstyle="round"/>
                </v:rect>
                <v:rect id="Shape 1073741829" o:spid="_x0000_s1028" style="position:absolute;top:428;width:24288;height:11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" filled="f" stroked="f" strokeweight="1pt">
                  <v:stroke miterlimit="4"/>
                  <v:textbox inset="1.2699mm,1.2699mm,1.2699mm,1.2699mm">
                    <w:txbxContent>
                      <w:p w14:paraId="10F02461" w14:textId="1227C3B3" w:rsidR="009D7918" w:rsidRDefault="009D7918" w:rsidP="009D7918">
                        <w:pPr>
                          <w:spacing w:after="0" w:line="360" w:lineRule="auto"/>
                          <w:jc w:val="right"/>
                          <w:rPr>
                            <w:lang w:val="el-GR"/>
                          </w:rPr>
                        </w:pPr>
                        <w:r>
                          <w:rPr>
                            <w:rStyle w:val="Char"/>
                            <w:b/>
                            <w:bCs/>
                            <w:szCs w:val="24"/>
                            <w:lang w:val="de-DE"/>
                          </w:rPr>
                          <w:t>Α</w:t>
                        </w:r>
                        <w:r>
                          <w:rPr>
                            <w:rStyle w:val="Char"/>
                            <w:b/>
                            <w:bCs/>
                            <w:szCs w:val="24"/>
                            <w:lang w:val="el-GR"/>
                          </w:rPr>
                          <w:t>Ρ. ΠΡΩΤ: 3</w:t>
                        </w:r>
                        <w:r w:rsidR="002D2D05">
                          <w:rPr>
                            <w:rStyle w:val="Char"/>
                            <w:b/>
                            <w:bCs/>
                            <w:szCs w:val="24"/>
                            <w:lang w:val="el-GR"/>
                          </w:rPr>
                          <w:t>4</w:t>
                        </w:r>
                        <w:r>
                          <w:rPr>
                            <w:rStyle w:val="Char"/>
                            <w:b/>
                            <w:bCs/>
                            <w:szCs w:val="24"/>
                            <w:lang w:val="el-GR"/>
                          </w:rPr>
                          <w:t>/</w:t>
                        </w:r>
                        <w:r w:rsidR="002D2D05">
                          <w:rPr>
                            <w:rStyle w:val="Char"/>
                            <w:b/>
                            <w:bCs/>
                            <w:szCs w:val="24"/>
                            <w:lang w:val="el-GR"/>
                          </w:rPr>
                          <w:t>0</w:t>
                        </w:r>
                        <w:r>
                          <w:rPr>
                            <w:rStyle w:val="Char"/>
                            <w:b/>
                            <w:bCs/>
                            <w:szCs w:val="24"/>
                            <w:lang w:val="el-GR"/>
                          </w:rPr>
                          <w:t>9-</w:t>
                        </w:r>
                        <w:r w:rsidR="002D2D05">
                          <w:rPr>
                            <w:rStyle w:val="Char"/>
                            <w:b/>
                            <w:bCs/>
                            <w:szCs w:val="24"/>
                            <w:lang w:val="el-GR"/>
                          </w:rPr>
                          <w:t>1</w:t>
                        </w:r>
                        <w:r>
                          <w:rPr>
                            <w:rStyle w:val="Char"/>
                            <w:b/>
                            <w:bCs/>
                            <w:szCs w:val="24"/>
                            <w:lang w:val="el-GR"/>
                          </w:rPr>
                          <w:t>0-2026</w:t>
                        </w:r>
                        <w:r>
                          <w:rPr>
                            <w:b/>
                            <w:bCs/>
                            <w:szCs w:val="24"/>
                            <w:lang w:val="el-GR"/>
                          </w:rPr>
                          <w:br/>
                        </w:r>
                        <w:r>
                          <w:rPr>
                            <w:rStyle w:val="Char"/>
                            <w:b/>
                            <w:bCs/>
                            <w:szCs w:val="24"/>
                            <w:lang w:val="de-DE"/>
                          </w:rPr>
                          <w:t>Π</w:t>
                        </w:r>
                        <w:r>
                          <w:rPr>
                            <w:rStyle w:val="Char"/>
                            <w:b/>
                            <w:bCs/>
                            <w:szCs w:val="24"/>
                            <w:lang w:val="el-GR"/>
                          </w:rPr>
                          <w:t xml:space="preserve">ΡΟΣ: Σχολεία ΕΛΜΕ </w:t>
                        </w:r>
                        <w:r>
                          <w:rPr>
                            <w:b/>
                            <w:bCs/>
                            <w:szCs w:val="24"/>
                            <w:lang w:val="el-GR"/>
                          </w:rPr>
                          <w:br/>
                        </w:r>
                        <w:r>
                          <w:rPr>
                            <w:rStyle w:val="Char"/>
                            <w:b/>
                            <w:bCs/>
                            <w:szCs w:val="24"/>
                            <w:lang w:val="el-GR"/>
                          </w:rPr>
                          <w:t>ΚΟΙΝ: Μέλη Σωματείου,</w:t>
                        </w:r>
                        <w:r>
                          <w:rPr>
                            <w:b/>
                            <w:bCs/>
                            <w:szCs w:val="24"/>
                            <w:lang w:val="el-GR"/>
                          </w:rPr>
                          <w:br/>
                        </w:r>
                        <w:r>
                          <w:rPr>
                            <w:rStyle w:val="Char"/>
                            <w:b/>
                            <w:bCs/>
                            <w:szCs w:val="24"/>
                            <w:lang w:val="el-GR"/>
                          </w:rPr>
                          <w:t>ΜΜΕ</w:t>
                        </w:r>
                      </w:p>
                    </w:txbxContent>
                  </v:textbox>
                </v:rect>
                <w10:wrap anchorx="page" anchory="page"/>
              </v:group>
            </w:pict>
          </mc:Fallback>
        </mc:AlternateContent>
      </w:r>
      <w:r w:rsidRPr="009D7918">
        <w:rPr>
          <w:b/>
          <w:noProof/>
          <w:lang w:val="el-GR" w:eastAsia="el-GR"/>
        </w:rPr>
        <mc:AlternateContent>
          <mc:Choice Requires="wpg">
            <w:drawing>
              <wp:anchor distT="80010" distB="80010" distL="80010" distR="80010" simplePos="0" relativeHeight="251657728" behindDoc="0" locked="0" layoutInCell="1" allowOverlap="1" wp14:anchorId="00B4BF22" wp14:editId="5BD19A36">
                <wp:simplePos x="0" y="0"/>
                <wp:positionH relativeFrom="page">
                  <wp:posOffset>686435</wp:posOffset>
                </wp:positionH>
                <wp:positionV relativeFrom="page">
                  <wp:posOffset>337820</wp:posOffset>
                </wp:positionV>
                <wp:extent cx="3458845" cy="1503045"/>
                <wp:effectExtent l="0" t="0" r="27305" b="20955"/>
                <wp:wrapSquare wrapText="bothSides"/>
                <wp:docPr id="1152977729" name="Group 4"/>
                <wp:cNvGraphicFramePr/>
                <a:graphic xmlns:a="http://schemas.openxmlformats.org/drawingml/2006/main">
                  <a:graphicData uri="http://schemas.microsoft.com/office/word/2010/wordprocessingGroup">
                    <wpg:wgp>
                      <wpg:cNvGrpSpPr/>
                      <wpg:grpSpPr>
                        <a:xfrm>
                          <a:off x="0" y="0"/>
                          <a:ext cx="3458845" cy="1503045"/>
                          <a:chOff x="0" y="-1"/>
                          <a:chExt cx="3459023" cy="1503088"/>
                        </a:xfrm>
                      </wpg:grpSpPr>
                      <wps:wsp>
                        <wps:cNvPr id="1292591623" name="Shape 1073741825"/>
                        <wps:cNvSpPr/>
                        <wps:spPr>
                          <a:xfrm>
                            <a:off x="0" y="-1"/>
                            <a:ext cx="3459023" cy="1503088"/>
                          </a:xfrm>
                          <a:prstGeom prst="rect">
                            <a:avLst/>
                          </a:prstGeom>
                          <a:solidFill>
                            <a:srgbClr val="FFFFFF"/>
                          </a:solidFill>
                          <a:ln w="9525" cap="flat">
                            <a:solidFill>
                              <a:srgbClr val="000000"/>
                            </a:solidFill>
                            <a:prstDash val="solid"/>
                            <a:round/>
                          </a:ln>
                          <a:effectLst/>
                        </wps:spPr>
                        <wps:bodyPr/>
                      </wps:wsp>
                      <wps:wsp>
                        <wps:cNvPr id="1785068184" name="Shape 1073741826"/>
                        <wps:cNvSpPr/>
                        <wps:spPr>
                          <a:xfrm>
                            <a:off x="0" y="-1"/>
                            <a:ext cx="3459023" cy="1503088"/>
                          </a:xfrm>
                          <a:prstGeom prst="rect">
                            <a:avLst/>
                          </a:prstGeom>
                          <a:noFill/>
                          <a:ln w="12700" cap="flat">
                            <a:noFill/>
                            <a:miter lim="400000"/>
                          </a:ln>
                          <a:effectLst/>
                        </wps:spPr>
                        <wps:txbx>
                          <w:txbxContent>
                            <w:p w14:paraId="15A3C1D4" w14:textId="77777777" w:rsidR="009D7918" w:rsidRDefault="009D7918" w:rsidP="009D7918">
                              <w:pPr>
                                <w:spacing w:after="0" w:line="276" w:lineRule="auto"/>
                                <w:rPr>
                                  <w:rStyle w:val="Char"/>
                                  <w:rFonts w:ascii="Calibri" w:eastAsia="Calibri" w:hAnsi="Calibri" w:cs="Calibri"/>
                                  <w:b/>
                                  <w:bCs/>
                                  <w:szCs w:val="24"/>
                                  <w:lang w:val="el-GR"/>
                                </w:rPr>
                              </w:pPr>
                              <w:r>
                                <w:rPr>
                                  <w:rStyle w:val="Char"/>
                                  <w:rFonts w:ascii="Calibri" w:eastAsia="Calibri" w:hAnsi="Calibri" w:cs="Calibri"/>
                                  <w:b/>
                                  <w:bCs/>
                                  <w:szCs w:val="24"/>
                                  <w:lang w:val="el-GR"/>
                                </w:rPr>
                                <w:t xml:space="preserve">ΕΛΜΕ ΛΗΜΝΟΥ </w:t>
                              </w:r>
                              <w:r>
                                <w:rPr>
                                  <w:rStyle w:val="Char"/>
                                  <w:rFonts w:ascii="Calibri" w:eastAsia="Calibri" w:hAnsi="Calibri" w:cs="Calibri"/>
                                  <w:b/>
                                  <w:bCs/>
                                  <w:szCs w:val="24"/>
                                  <w:lang w:val="ru-RU"/>
                                </w:rPr>
                                <w:t xml:space="preserve">- </w:t>
                              </w:r>
                              <w:r>
                                <w:rPr>
                                  <w:rStyle w:val="Char"/>
                                  <w:rFonts w:ascii="Calibri" w:eastAsia="Calibri" w:hAnsi="Calibri" w:cs="Calibri"/>
                                  <w:b/>
                                  <w:bCs/>
                                  <w:szCs w:val="24"/>
                                  <w:lang w:val="de-DE"/>
                                </w:rPr>
                                <w:t xml:space="preserve">ΑΓΙΟΥ ΕΥΣΤΡΑΤΙΟΥ                                                                   </w:t>
                              </w:r>
                            </w:p>
                            <w:p w14:paraId="464F9FA5" w14:textId="77777777" w:rsidR="009D7918" w:rsidRDefault="009D7918" w:rsidP="009D7918">
                              <w:pPr>
                                <w:spacing w:after="0" w:line="276" w:lineRule="auto"/>
                                <w:rPr>
                                  <w:rStyle w:val="Char"/>
                                  <w:rFonts w:ascii="Calibri" w:eastAsia="Calibri" w:hAnsi="Calibri" w:cs="Calibri"/>
                                  <w:b/>
                                  <w:bCs/>
                                  <w:szCs w:val="24"/>
                                  <w:lang w:val="el-GR"/>
                                </w:rPr>
                              </w:pPr>
                              <w:r>
                                <w:rPr>
                                  <w:rStyle w:val="Char"/>
                                  <w:rFonts w:ascii="Calibri" w:eastAsia="Calibri" w:hAnsi="Calibri" w:cs="Calibri"/>
                                  <w:b/>
                                  <w:bCs/>
                                  <w:szCs w:val="24"/>
                                  <w:lang w:val="el-GR"/>
                                </w:rPr>
                                <w:t xml:space="preserve">Λ. ΔΗΜΟΚΡΑΤΙΑΣ </w:t>
                              </w:r>
                              <w:r>
                                <w:rPr>
                                  <w:rStyle w:val="Char"/>
                                  <w:rFonts w:ascii="Calibri" w:eastAsia="Calibri" w:hAnsi="Calibri" w:cs="Calibri"/>
                                  <w:b/>
                                  <w:bCs/>
                                  <w:szCs w:val="24"/>
                                  <w:lang w:val="de-DE"/>
                                </w:rPr>
                                <w:t xml:space="preserve">16                                                         </w:t>
                              </w:r>
                            </w:p>
                            <w:p w14:paraId="77AC52EB" w14:textId="77777777" w:rsidR="009D7918" w:rsidRDefault="009D7918" w:rsidP="009D7918">
                              <w:pPr>
                                <w:spacing w:after="0" w:line="276" w:lineRule="auto"/>
                                <w:rPr>
                                  <w:rStyle w:val="Char"/>
                                  <w:rFonts w:ascii="Calibri" w:eastAsia="Calibri" w:hAnsi="Calibri" w:cs="Calibri"/>
                                  <w:b/>
                                  <w:bCs/>
                                  <w:szCs w:val="24"/>
                                  <w:lang w:val="el-GR"/>
                                </w:rPr>
                              </w:pPr>
                              <w:r>
                                <w:rPr>
                                  <w:rStyle w:val="Char"/>
                                  <w:rFonts w:ascii="Calibri" w:eastAsia="Calibri" w:hAnsi="Calibri" w:cs="Calibri"/>
                                  <w:b/>
                                  <w:bCs/>
                                  <w:szCs w:val="24"/>
                                  <w:lang w:val="el-GR"/>
                                </w:rPr>
                                <w:t xml:space="preserve">ΜΥΡΙΝΑ 81400 </w:t>
                              </w:r>
                              <w:r>
                                <w:rPr>
                                  <w:rStyle w:val="Char"/>
                                  <w:rFonts w:ascii="Calibri" w:eastAsia="Calibri" w:hAnsi="Calibri" w:cs="Calibri"/>
                                  <w:b/>
                                  <w:bCs/>
                                  <w:szCs w:val="24"/>
                                  <w:lang w:val="de-DE"/>
                                </w:rPr>
                                <w:t>ΛΗΜΝΟΣ</w:t>
                              </w:r>
                            </w:p>
                            <w:p w14:paraId="28F5FEF4" w14:textId="77777777" w:rsidR="009D7918" w:rsidRDefault="00301CEE" w:rsidP="009D7918">
                              <w:pPr>
                                <w:spacing w:after="0" w:line="312" w:lineRule="auto"/>
                                <w:rPr>
                                  <w:rStyle w:val="Char"/>
                                  <w:rFonts w:ascii="Calibri" w:eastAsia="Calibri" w:hAnsi="Calibri" w:cs="Calibri"/>
                                  <w:b/>
                                  <w:bCs/>
                                  <w:szCs w:val="24"/>
                                  <w:lang w:val="el-GR"/>
                                </w:rPr>
                              </w:pPr>
                              <w:r>
                                <w:fldChar w:fldCharType="begin"/>
                              </w:r>
                              <w:r w:rsidRPr="003D6AEE">
                                <w:rPr>
                                  <w:lang w:val="el-GR"/>
                                </w:rPr>
                                <w:instrText xml:space="preserve"> </w:instrText>
                              </w:r>
                              <w:r>
                                <w:instrText>HYPERLINK</w:instrText>
                              </w:r>
                              <w:r w:rsidRPr="003D6AEE">
                                <w:rPr>
                                  <w:lang w:val="el-GR"/>
                                </w:rPr>
                                <w:instrText xml:space="preserve"> "</w:instrText>
                              </w:r>
                              <w:r>
                                <w:instrText>mailto</w:instrText>
                              </w:r>
                              <w:r w:rsidRPr="003D6AEE">
                                <w:rPr>
                                  <w:lang w:val="el-GR"/>
                                </w:rPr>
                                <w:instrText>:</w:instrText>
                              </w:r>
                              <w:r>
                                <w:instrText>elmelimnos</w:instrText>
                              </w:r>
                              <w:r w:rsidRPr="003D6AEE">
                                <w:rPr>
                                  <w:lang w:val="el-GR"/>
                                </w:rPr>
                                <w:instrText>@</w:instrText>
                              </w:r>
                              <w:r>
                                <w:instrText>gmail</w:instrText>
                              </w:r>
                              <w:r w:rsidRPr="003D6AEE">
                                <w:rPr>
                                  <w:lang w:val="el-GR"/>
                                </w:rPr>
                                <w:instrText>.</w:instrText>
                              </w:r>
                              <w:r>
                                <w:instrText>com</w:instrText>
                              </w:r>
                              <w:r w:rsidRPr="003D6AEE">
                                <w:rPr>
                                  <w:lang w:val="el-GR"/>
                                </w:rPr>
                                <w:instrText xml:space="preserve">" </w:instrText>
                              </w:r>
                              <w:r>
                                <w:fldChar w:fldCharType="separate"/>
                              </w:r>
                              <w:r w:rsidR="009D7918">
                                <w:t>elmelimnos</w:t>
                              </w:r>
                              <w:r w:rsidR="009D7918" w:rsidRPr="009D7918">
                                <w:rPr>
                                  <w:lang w:val="el-GR"/>
                                </w:rPr>
                                <w:t>@</w:t>
                              </w:r>
                              <w:r w:rsidR="009D7918">
                                <w:t>gmail</w:t>
                              </w:r>
                              <w:r w:rsidR="009D7918" w:rsidRPr="009D7918">
                                <w:rPr>
                                  <w:lang w:val="el-GR"/>
                                </w:rPr>
                                <w:t>.</w:t>
                              </w:r>
                              <w:r w:rsidR="009D7918">
                                <w:t>com</w:t>
                              </w:r>
                              <w:r>
                                <w:fldChar w:fldCharType="end"/>
                              </w:r>
                              <w:r w:rsidR="009D7918">
                                <w:rPr>
                                  <w:rStyle w:val="Char"/>
                                  <w:rFonts w:ascii="Calibri" w:eastAsia="Calibri" w:hAnsi="Calibri" w:cs="Calibri"/>
                                  <w:b/>
                                  <w:bCs/>
                                  <w:szCs w:val="24"/>
                                  <w:lang w:val="de-DE"/>
                                </w:rPr>
                                <w:t xml:space="preserve">                                                                                </w:t>
                              </w:r>
                            </w:p>
                            <w:p w14:paraId="00429A9B" w14:textId="77777777" w:rsidR="009D7918" w:rsidRDefault="00301CEE" w:rsidP="009D7918">
                              <w:pPr>
                                <w:spacing w:after="0" w:line="312" w:lineRule="auto"/>
                                <w:rPr>
                                  <w:rStyle w:val="Char"/>
                                  <w:rFonts w:ascii="Calibri" w:eastAsia="Calibri" w:hAnsi="Calibri" w:cs="Calibri"/>
                                  <w:b/>
                                  <w:bCs/>
                                  <w:szCs w:val="24"/>
                                  <w:lang w:val="el-GR"/>
                                </w:rPr>
                              </w:pPr>
                              <w:r>
                                <w:fldChar w:fldCharType="begin"/>
                              </w:r>
                              <w:r w:rsidRPr="003D6AEE">
                                <w:rPr>
                                  <w:lang w:val="el-GR"/>
                                </w:rPr>
                                <w:instrText xml:space="preserve"> </w:instrText>
                              </w:r>
                              <w:r>
                                <w:instrText>HYPERLINK</w:instrText>
                              </w:r>
                              <w:r w:rsidRPr="003D6AEE">
                                <w:rPr>
                                  <w:lang w:val="el-GR"/>
                                </w:rPr>
                                <w:instrText xml:space="preserve"> "</w:instrText>
                              </w:r>
                              <w:r>
                                <w:instrText>https</w:instrText>
                              </w:r>
                              <w:r w:rsidRPr="003D6AEE">
                                <w:rPr>
                                  <w:lang w:val="el-GR"/>
                                </w:rPr>
                                <w:instrText>://</w:instrText>
                              </w:r>
                              <w:r>
                                <w:instrText>elmelimnosaistratis</w:instrText>
                              </w:r>
                              <w:r w:rsidRPr="003D6AEE">
                                <w:rPr>
                                  <w:lang w:val="el-GR"/>
                                </w:rPr>
                                <w:instrText>.</w:instrText>
                              </w:r>
                              <w:r>
                                <w:instrText>blogspot</w:instrText>
                              </w:r>
                              <w:r w:rsidRPr="003D6AEE">
                                <w:rPr>
                                  <w:lang w:val="el-GR"/>
                                </w:rPr>
                                <w:instrText>.</w:instrText>
                              </w:r>
                              <w:r>
                                <w:instrText>com</w:instrText>
                              </w:r>
                              <w:r w:rsidRPr="003D6AEE">
                                <w:rPr>
                                  <w:lang w:val="el-GR"/>
                                </w:rPr>
                                <w:instrText xml:space="preserve">/" </w:instrText>
                              </w:r>
                              <w:r>
                                <w:fldChar w:fldCharType="separate"/>
                              </w:r>
                              <w:r w:rsidR="009D7918">
                                <w:t>https</w:t>
                              </w:r>
                              <w:r w:rsidR="009D7918">
                                <w:rPr>
                                  <w:lang w:val="el-GR"/>
                                </w:rPr>
                                <w:t>://</w:t>
                              </w:r>
                              <w:proofErr w:type="spellStart"/>
                              <w:r w:rsidR="009D7918">
                                <w:t>elmelimnosaistratis</w:t>
                              </w:r>
                              <w:proofErr w:type="spellEnd"/>
                              <w:r w:rsidR="009D7918">
                                <w:rPr>
                                  <w:lang w:val="el-GR"/>
                                </w:rPr>
                                <w:t>.</w:t>
                              </w:r>
                              <w:proofErr w:type="spellStart"/>
                              <w:r w:rsidR="009D7918">
                                <w:t>blogspot</w:t>
                              </w:r>
                              <w:proofErr w:type="spellEnd"/>
                              <w:r w:rsidR="009D7918">
                                <w:rPr>
                                  <w:lang w:val="el-GR"/>
                                </w:rPr>
                                <w:t>.</w:t>
                              </w:r>
                              <w:r w:rsidR="009D7918">
                                <w:t>com</w:t>
                              </w:r>
                              <w:r w:rsidR="009D7918">
                                <w:rPr>
                                  <w:lang w:val="el-GR"/>
                                </w:rPr>
                                <w:t>/</w:t>
                              </w:r>
                              <w:r>
                                <w:rPr>
                                  <w:lang w:val="el-GR"/>
                                </w:rPr>
                                <w:fldChar w:fldCharType="end"/>
                              </w:r>
                            </w:p>
                            <w:p w14:paraId="1631D61F" w14:textId="77777777" w:rsidR="009D7918" w:rsidRDefault="00301CEE" w:rsidP="009D7918">
                              <w:pPr>
                                <w:spacing w:after="0" w:line="312" w:lineRule="auto"/>
                                <w:rPr>
                                  <w:rFonts w:ascii="Helvetica" w:eastAsia="Arial Unicode MS" w:hAnsi="Helvetica" w:cs="Arial Unicode MS"/>
                                  <w:sz w:val="22"/>
                                </w:rPr>
                              </w:pPr>
                              <w:hyperlink r:id="rId6" w:history="1">
                                <w:r w:rsidR="009D7918">
                                  <w:t>https://www.facebook.com/elmelimnos</w:t>
                                </w:r>
                              </w:hyperlink>
                            </w:p>
                          </w:txbxContent>
                        </wps:txbx>
                        <wps:bodyPr wrap="square" lIns="45718" tIns="45718" rIns="45718" bIns="45718" numCol="1" anchor="t">
                          <a:noAutofit/>
                        </wps:bodyPr>
                      </wps:wsp>
                    </wpg:wgp>
                  </a:graphicData>
                </a:graphic>
                <wp14:sizeRelH relativeFrom="page">
                  <wp14:pctWidth>0</wp14:pctWidth>
                </wp14:sizeRelH>
                <wp14:sizeRelV relativeFrom="page">
                  <wp14:pctHeight>0</wp14:pctHeight>
                </wp14:sizeRelV>
              </wp:anchor>
            </w:drawing>
          </mc:Choice>
          <mc:Fallback>
            <w:pict>
              <v:group w14:anchorId="00B4BF22" id="Group 4" o:spid="_x0000_s1029" style="position:absolute;left:0;text-align:left;margin-left:54.05pt;margin-top:26.6pt;width:272.35pt;height:118.35pt;z-index:251657728;mso-wrap-distance-left:6.3pt;mso-wrap-distance-top:6.3pt;mso-wrap-distance-right:6.3pt;mso-wrap-distance-bottom:6.3pt;mso-position-horizontal-relative:page;mso-position-vertical-relative:page" coordorigin="" coordsize="34590,1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">
                <v:rect id="Shape 1073741825" o:spid="_x0000_s1030" style="position:absolute;width:34590;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">
                  <v:stroke joinstyle="round"/>
                </v:rect>
                <v:rect id="Shape 1073741826" o:spid="_x0000_s1031" style="position:absolute;width:34590;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" filled="f" stroked="f" strokeweight="1pt">
                  <v:stroke miterlimit="4"/>
                  <v:textbox inset="1.2699mm,1.2699mm,1.2699mm,1.2699mm">
                    <w:txbxContent>
                      <w:p w14:paraId="15A3C1D4" w14:textId="77777777" w:rsidR="009D7918" w:rsidRDefault="009D7918" w:rsidP="009D7918">
                        <w:pPr>
                          <w:spacing w:after="0" w:line="276" w:lineRule="auto"/>
                          <w:rPr>
                            <w:rStyle w:val="Char"/>
                            <w:rFonts w:ascii="Calibri" w:eastAsia="Calibri" w:hAnsi="Calibri" w:cs="Calibri"/>
                            <w:b/>
                            <w:bCs/>
                            <w:szCs w:val="24"/>
                            <w:lang w:val="el-GR"/>
                          </w:rPr>
                        </w:pPr>
                        <w:r>
                          <w:rPr>
                            <w:rStyle w:val="Char"/>
                            <w:rFonts w:ascii="Calibri" w:eastAsia="Calibri" w:hAnsi="Calibri" w:cs="Calibri"/>
                            <w:b/>
                            <w:bCs/>
                            <w:szCs w:val="24"/>
                            <w:lang w:val="el-GR"/>
                          </w:rPr>
                          <w:t xml:space="preserve">ΕΛΜΕ ΛΗΜΝΟΥ </w:t>
                        </w:r>
                        <w:r>
                          <w:rPr>
                            <w:rStyle w:val="Char"/>
                            <w:rFonts w:ascii="Calibri" w:eastAsia="Calibri" w:hAnsi="Calibri" w:cs="Calibri"/>
                            <w:b/>
                            <w:bCs/>
                            <w:szCs w:val="24"/>
                            <w:lang w:val="ru-RU"/>
                          </w:rPr>
                          <w:t xml:space="preserve">- </w:t>
                        </w:r>
                        <w:r>
                          <w:rPr>
                            <w:rStyle w:val="Char"/>
                            <w:rFonts w:ascii="Calibri" w:eastAsia="Calibri" w:hAnsi="Calibri" w:cs="Calibri"/>
                            <w:b/>
                            <w:bCs/>
                            <w:szCs w:val="24"/>
                            <w:lang w:val="de-DE"/>
                          </w:rPr>
                          <w:t xml:space="preserve">ΑΓΙΟΥ ΕΥΣΤΡΑΤΙΟΥ                                                                   </w:t>
                        </w:r>
                      </w:p>
                      <w:p w14:paraId="464F9FA5" w14:textId="77777777" w:rsidR="009D7918" w:rsidRDefault="009D7918" w:rsidP="009D7918">
                        <w:pPr>
                          <w:spacing w:after="0" w:line="276" w:lineRule="auto"/>
                          <w:rPr>
                            <w:rStyle w:val="Char"/>
                            <w:rFonts w:ascii="Calibri" w:eastAsia="Calibri" w:hAnsi="Calibri" w:cs="Calibri"/>
                            <w:b/>
                            <w:bCs/>
                            <w:szCs w:val="24"/>
                            <w:lang w:val="el-GR"/>
                          </w:rPr>
                        </w:pPr>
                        <w:r>
                          <w:rPr>
                            <w:rStyle w:val="Char"/>
                            <w:rFonts w:ascii="Calibri" w:eastAsia="Calibri" w:hAnsi="Calibri" w:cs="Calibri"/>
                            <w:b/>
                            <w:bCs/>
                            <w:szCs w:val="24"/>
                            <w:lang w:val="el-GR"/>
                          </w:rPr>
                          <w:t xml:space="preserve">Λ. ΔΗΜΟΚΡΑΤΙΑΣ </w:t>
                        </w:r>
                        <w:r>
                          <w:rPr>
                            <w:rStyle w:val="Char"/>
                            <w:rFonts w:ascii="Calibri" w:eastAsia="Calibri" w:hAnsi="Calibri" w:cs="Calibri"/>
                            <w:b/>
                            <w:bCs/>
                            <w:szCs w:val="24"/>
                            <w:lang w:val="de-DE"/>
                          </w:rPr>
                          <w:t xml:space="preserve">16                                                         </w:t>
                        </w:r>
                      </w:p>
                      <w:p w14:paraId="77AC52EB" w14:textId="77777777" w:rsidR="009D7918" w:rsidRDefault="009D7918" w:rsidP="009D7918">
                        <w:pPr>
                          <w:spacing w:after="0" w:line="276" w:lineRule="auto"/>
                          <w:rPr>
                            <w:rStyle w:val="Char"/>
                            <w:rFonts w:ascii="Calibri" w:eastAsia="Calibri" w:hAnsi="Calibri" w:cs="Calibri"/>
                            <w:b/>
                            <w:bCs/>
                            <w:szCs w:val="24"/>
                            <w:lang w:val="el-GR"/>
                          </w:rPr>
                        </w:pPr>
                        <w:r>
                          <w:rPr>
                            <w:rStyle w:val="Char"/>
                            <w:rFonts w:ascii="Calibri" w:eastAsia="Calibri" w:hAnsi="Calibri" w:cs="Calibri"/>
                            <w:b/>
                            <w:bCs/>
                            <w:szCs w:val="24"/>
                            <w:lang w:val="el-GR"/>
                          </w:rPr>
                          <w:t xml:space="preserve">ΜΥΡΙΝΑ 81400 </w:t>
                        </w:r>
                        <w:r>
                          <w:rPr>
                            <w:rStyle w:val="Char"/>
                            <w:rFonts w:ascii="Calibri" w:eastAsia="Calibri" w:hAnsi="Calibri" w:cs="Calibri"/>
                            <w:b/>
                            <w:bCs/>
                            <w:szCs w:val="24"/>
                            <w:lang w:val="de-DE"/>
                          </w:rPr>
                          <w:t>ΛΗΜΝΟΣ</w:t>
                        </w:r>
                      </w:p>
                      <w:p w14:paraId="28F5FEF4" w14:textId="77777777" w:rsidR="009D7918" w:rsidRDefault="00301CEE" w:rsidP="009D7918">
                        <w:pPr>
                          <w:spacing w:after="0" w:line="312" w:lineRule="auto"/>
                          <w:rPr>
                            <w:rStyle w:val="Char"/>
                            <w:rFonts w:ascii="Calibri" w:eastAsia="Calibri" w:hAnsi="Calibri" w:cs="Calibri"/>
                            <w:b/>
                            <w:bCs/>
                            <w:szCs w:val="24"/>
                            <w:lang w:val="el-GR"/>
                          </w:rPr>
                        </w:pPr>
                        <w:r>
                          <w:fldChar w:fldCharType="begin"/>
                        </w:r>
                        <w:r w:rsidRPr="003D6AEE">
                          <w:rPr>
                            <w:lang w:val="el-GR"/>
                          </w:rPr>
                          <w:instrText xml:space="preserve"> </w:instrText>
                        </w:r>
                        <w:r>
                          <w:instrText>HYPERLINK</w:instrText>
                        </w:r>
                        <w:r w:rsidRPr="003D6AEE">
                          <w:rPr>
                            <w:lang w:val="el-GR"/>
                          </w:rPr>
                          <w:instrText xml:space="preserve"> "</w:instrText>
                        </w:r>
                        <w:r>
                          <w:instrText>mailto</w:instrText>
                        </w:r>
                        <w:r w:rsidRPr="003D6AEE">
                          <w:rPr>
                            <w:lang w:val="el-GR"/>
                          </w:rPr>
                          <w:instrText>:</w:instrText>
                        </w:r>
                        <w:r>
                          <w:instrText>elmelimnos</w:instrText>
                        </w:r>
                        <w:r w:rsidRPr="003D6AEE">
                          <w:rPr>
                            <w:lang w:val="el-GR"/>
                          </w:rPr>
                          <w:instrText>@</w:instrText>
                        </w:r>
                        <w:r>
                          <w:instrText>gmail</w:instrText>
                        </w:r>
                        <w:r w:rsidRPr="003D6AEE">
                          <w:rPr>
                            <w:lang w:val="el-GR"/>
                          </w:rPr>
                          <w:instrText>.</w:instrText>
                        </w:r>
                        <w:r>
                          <w:instrText>com</w:instrText>
                        </w:r>
                        <w:r w:rsidRPr="003D6AEE">
                          <w:rPr>
                            <w:lang w:val="el-GR"/>
                          </w:rPr>
                          <w:instrText xml:space="preserve">" </w:instrText>
                        </w:r>
                        <w:r>
                          <w:fldChar w:fldCharType="separate"/>
                        </w:r>
                        <w:r w:rsidR="009D7918">
                          <w:t>elmelimnos</w:t>
                        </w:r>
                        <w:r w:rsidR="009D7918" w:rsidRPr="009D7918">
                          <w:rPr>
                            <w:lang w:val="el-GR"/>
                          </w:rPr>
                          <w:t>@</w:t>
                        </w:r>
                        <w:r w:rsidR="009D7918">
                          <w:t>gmail</w:t>
                        </w:r>
                        <w:r w:rsidR="009D7918" w:rsidRPr="009D7918">
                          <w:rPr>
                            <w:lang w:val="el-GR"/>
                          </w:rPr>
                          <w:t>.</w:t>
                        </w:r>
                        <w:r w:rsidR="009D7918">
                          <w:t>com</w:t>
                        </w:r>
                        <w:r>
                          <w:fldChar w:fldCharType="end"/>
                        </w:r>
                        <w:r w:rsidR="009D7918">
                          <w:rPr>
                            <w:rStyle w:val="Char"/>
                            <w:rFonts w:ascii="Calibri" w:eastAsia="Calibri" w:hAnsi="Calibri" w:cs="Calibri"/>
                            <w:b/>
                            <w:bCs/>
                            <w:szCs w:val="24"/>
                            <w:lang w:val="de-DE"/>
                          </w:rPr>
                          <w:t xml:space="preserve">                                                                                </w:t>
                        </w:r>
                      </w:p>
                      <w:p w14:paraId="00429A9B" w14:textId="77777777" w:rsidR="009D7918" w:rsidRDefault="00301CEE" w:rsidP="009D7918">
                        <w:pPr>
                          <w:spacing w:after="0" w:line="312" w:lineRule="auto"/>
                          <w:rPr>
                            <w:rStyle w:val="Char"/>
                            <w:rFonts w:ascii="Calibri" w:eastAsia="Calibri" w:hAnsi="Calibri" w:cs="Calibri"/>
                            <w:b/>
                            <w:bCs/>
                            <w:szCs w:val="24"/>
                            <w:lang w:val="el-GR"/>
                          </w:rPr>
                        </w:pPr>
                        <w:r>
                          <w:fldChar w:fldCharType="begin"/>
                        </w:r>
                        <w:r w:rsidRPr="003D6AEE">
                          <w:rPr>
                            <w:lang w:val="el-GR"/>
                          </w:rPr>
                          <w:instrText xml:space="preserve"> </w:instrText>
                        </w:r>
                        <w:r>
                          <w:instrText>HYPERLINK</w:instrText>
                        </w:r>
                        <w:r w:rsidRPr="003D6AEE">
                          <w:rPr>
                            <w:lang w:val="el-GR"/>
                          </w:rPr>
                          <w:instrText xml:space="preserve"> "</w:instrText>
                        </w:r>
                        <w:r>
                          <w:instrText>https</w:instrText>
                        </w:r>
                        <w:r w:rsidRPr="003D6AEE">
                          <w:rPr>
                            <w:lang w:val="el-GR"/>
                          </w:rPr>
                          <w:instrText>://</w:instrText>
                        </w:r>
                        <w:r>
                          <w:instrText>elmelimnosaistratis</w:instrText>
                        </w:r>
                        <w:r w:rsidRPr="003D6AEE">
                          <w:rPr>
                            <w:lang w:val="el-GR"/>
                          </w:rPr>
                          <w:instrText>.</w:instrText>
                        </w:r>
                        <w:r>
                          <w:instrText>blogspot</w:instrText>
                        </w:r>
                        <w:r w:rsidRPr="003D6AEE">
                          <w:rPr>
                            <w:lang w:val="el-GR"/>
                          </w:rPr>
                          <w:instrText>.</w:instrText>
                        </w:r>
                        <w:r>
                          <w:instrText>com</w:instrText>
                        </w:r>
                        <w:r w:rsidRPr="003D6AEE">
                          <w:rPr>
                            <w:lang w:val="el-GR"/>
                          </w:rPr>
                          <w:instrText xml:space="preserve">/" </w:instrText>
                        </w:r>
                        <w:r>
                          <w:fldChar w:fldCharType="separate"/>
                        </w:r>
                        <w:r w:rsidR="009D7918">
                          <w:t>https</w:t>
                        </w:r>
                        <w:r w:rsidR="009D7918">
                          <w:rPr>
                            <w:lang w:val="el-GR"/>
                          </w:rPr>
                          <w:t>://</w:t>
                        </w:r>
                        <w:proofErr w:type="spellStart"/>
                        <w:r w:rsidR="009D7918">
                          <w:t>elmelimnosaistratis</w:t>
                        </w:r>
                        <w:proofErr w:type="spellEnd"/>
                        <w:r w:rsidR="009D7918">
                          <w:rPr>
                            <w:lang w:val="el-GR"/>
                          </w:rPr>
                          <w:t>.</w:t>
                        </w:r>
                        <w:proofErr w:type="spellStart"/>
                        <w:r w:rsidR="009D7918">
                          <w:t>blogspot</w:t>
                        </w:r>
                        <w:proofErr w:type="spellEnd"/>
                        <w:r w:rsidR="009D7918">
                          <w:rPr>
                            <w:lang w:val="el-GR"/>
                          </w:rPr>
                          <w:t>.</w:t>
                        </w:r>
                        <w:r w:rsidR="009D7918">
                          <w:t>com</w:t>
                        </w:r>
                        <w:r w:rsidR="009D7918">
                          <w:rPr>
                            <w:lang w:val="el-GR"/>
                          </w:rPr>
                          <w:t>/</w:t>
                        </w:r>
                        <w:r>
                          <w:rPr>
                            <w:lang w:val="el-GR"/>
                          </w:rPr>
                          <w:fldChar w:fldCharType="end"/>
                        </w:r>
                      </w:p>
                      <w:p w14:paraId="1631D61F" w14:textId="77777777" w:rsidR="009D7918" w:rsidRDefault="00301CEE" w:rsidP="009D7918">
                        <w:pPr>
                          <w:spacing w:after="0" w:line="312" w:lineRule="auto"/>
                          <w:rPr>
                            <w:rFonts w:ascii="Helvetica" w:eastAsia="Arial Unicode MS" w:hAnsi="Helvetica" w:cs="Arial Unicode MS"/>
                            <w:sz w:val="22"/>
                          </w:rPr>
                        </w:pPr>
                        <w:hyperlink r:id="rId7" w:history="1">
                          <w:r w:rsidR="009D7918">
                            <w:t>https://www.facebook.com/elmelimnos</w:t>
                          </w:r>
                        </w:hyperlink>
                      </w:p>
                    </w:txbxContent>
                  </v:textbox>
                </v:rect>
                <w10:wrap type="square" anchorx="page" anchory="page"/>
              </v:group>
            </w:pict>
          </mc:Fallback>
        </mc:AlternateContent>
      </w:r>
    </w:p>
    <w:p w14:paraId="73596791" w14:textId="77777777" w:rsidR="009D7918" w:rsidRPr="009D7918" w:rsidRDefault="009D7918" w:rsidP="009D7918">
      <w:pPr>
        <w:jc w:val="both"/>
        <w:rPr>
          <w:b/>
        </w:rPr>
      </w:pPr>
    </w:p>
    <w:p w14:paraId="47E72AC0" w14:textId="77777777" w:rsidR="009D7918" w:rsidRPr="009D7918" w:rsidRDefault="009D7918" w:rsidP="009D7918">
      <w:pPr>
        <w:jc w:val="both"/>
        <w:rPr>
          <w:b/>
          <w:bCs/>
        </w:rPr>
      </w:pPr>
    </w:p>
    <w:p w14:paraId="0A5FD202" w14:textId="77777777" w:rsidR="009D7918" w:rsidRPr="009D7918" w:rsidRDefault="009D7918" w:rsidP="009D7918">
      <w:pPr>
        <w:jc w:val="both"/>
        <w:rPr>
          <w:b/>
          <w:bCs/>
        </w:rPr>
      </w:pPr>
    </w:p>
    <w:p w14:paraId="6A0EFD3A" w14:textId="77777777" w:rsidR="009D7918" w:rsidRPr="00CF6709" w:rsidRDefault="009D7918" w:rsidP="009D7918">
      <w:pPr>
        <w:jc w:val="both"/>
        <w:rPr>
          <w:b/>
          <w:u w:val="single"/>
        </w:rPr>
      </w:pPr>
    </w:p>
    <w:p w14:paraId="75A418F5" w14:textId="7BB14905" w:rsidR="00CF6709" w:rsidRPr="00D41242" w:rsidRDefault="00CF6709" w:rsidP="00CF6709">
      <w:pPr>
        <w:pStyle w:val="a8"/>
        <w:spacing w:line="276" w:lineRule="auto"/>
        <w:jc w:val="center"/>
        <w:rPr>
          <w:sz w:val="28"/>
          <w:szCs w:val="28"/>
          <w:u w:val="single"/>
          <w:lang w:val="el-GR"/>
        </w:rPr>
      </w:pPr>
      <w:r w:rsidRPr="00D41242">
        <w:rPr>
          <w:sz w:val="28"/>
          <w:szCs w:val="28"/>
          <w:u w:val="single"/>
          <w:lang w:val="el-GR"/>
        </w:rPr>
        <w:t xml:space="preserve">ΚΑΤΑΓΓΕΛΙΑ </w:t>
      </w:r>
    </w:p>
    <w:p w14:paraId="583F5C1E" w14:textId="77777777" w:rsidR="00CF6709" w:rsidRPr="00D41242" w:rsidRDefault="00CF6709" w:rsidP="00CF6709">
      <w:pPr>
        <w:pStyle w:val="a8"/>
        <w:spacing w:line="360" w:lineRule="auto"/>
        <w:jc w:val="center"/>
        <w:rPr>
          <w:sz w:val="28"/>
          <w:szCs w:val="28"/>
          <w:lang w:val="el-GR"/>
        </w:rPr>
      </w:pPr>
      <w:r w:rsidRPr="00D41242">
        <w:rPr>
          <w:sz w:val="28"/>
          <w:szCs w:val="28"/>
          <w:lang w:val="el-GR"/>
        </w:rPr>
        <w:t>ΓΙΑ ΤΙΣ ΥΠΟΧΡΕΩΤΙΚΕΣ ΥΠΕΡΩΡΙΕΣ</w:t>
      </w:r>
    </w:p>
    <w:p w14:paraId="52DB7AFB" w14:textId="7DE0631F" w:rsidR="008B554F" w:rsidRPr="00D41242" w:rsidRDefault="006253A4" w:rsidP="00D41242">
      <w:pPr>
        <w:pStyle w:val="a8"/>
        <w:spacing w:before="240" w:line="276" w:lineRule="auto"/>
        <w:jc w:val="center"/>
        <w:rPr>
          <w:sz w:val="26"/>
          <w:szCs w:val="26"/>
          <w:lang w:val="el-GR"/>
        </w:rPr>
      </w:pPr>
      <w:r w:rsidRPr="00D41242">
        <w:rPr>
          <w:sz w:val="26"/>
          <w:szCs w:val="26"/>
          <w:lang w:val="el-GR"/>
        </w:rPr>
        <w:t xml:space="preserve">Με προσλήψεις </w:t>
      </w:r>
      <w:r w:rsidR="00CF6709" w:rsidRPr="00D41242">
        <w:rPr>
          <w:sz w:val="26"/>
          <w:szCs w:val="26"/>
          <w:lang w:val="el-GR"/>
        </w:rPr>
        <w:t>καλύπτονται</w:t>
      </w:r>
      <w:r w:rsidRPr="00D41242">
        <w:rPr>
          <w:sz w:val="26"/>
          <w:szCs w:val="26"/>
          <w:lang w:val="el-GR"/>
        </w:rPr>
        <w:t xml:space="preserve"> τα κενά –</w:t>
      </w:r>
      <w:r w:rsidR="00CF6709" w:rsidRPr="00D41242">
        <w:rPr>
          <w:sz w:val="26"/>
          <w:szCs w:val="26"/>
          <w:lang w:val="el-GR"/>
        </w:rPr>
        <w:t xml:space="preserve"> όχι</w:t>
      </w:r>
      <w:r w:rsidRPr="00D41242">
        <w:rPr>
          <w:sz w:val="26"/>
          <w:szCs w:val="26"/>
          <w:lang w:val="el-GR"/>
        </w:rPr>
        <w:t xml:space="preserve"> </w:t>
      </w:r>
      <w:r w:rsidR="00CF6709" w:rsidRPr="00D41242">
        <w:rPr>
          <w:sz w:val="26"/>
          <w:szCs w:val="26"/>
          <w:lang w:val="el-GR"/>
        </w:rPr>
        <w:t>με υ</w:t>
      </w:r>
      <w:r w:rsidRPr="00D41242">
        <w:rPr>
          <w:sz w:val="26"/>
          <w:szCs w:val="26"/>
          <w:lang w:val="el-GR"/>
        </w:rPr>
        <w:t>ποχρεωτικές υπερωρίες</w:t>
      </w:r>
      <w:r w:rsidR="00CF6709" w:rsidRPr="00D41242">
        <w:rPr>
          <w:sz w:val="26"/>
          <w:szCs w:val="26"/>
          <w:lang w:val="el-GR"/>
        </w:rPr>
        <w:t xml:space="preserve">! </w:t>
      </w:r>
      <w:r w:rsidRPr="00D41242">
        <w:rPr>
          <w:sz w:val="26"/>
          <w:szCs w:val="26"/>
          <w:lang w:val="el-GR"/>
        </w:rPr>
        <w:t>Υπερασπιζόμαστε το ωράριό μας, τη δουλειά των συναδέλφων μας και τη μόρφωση των μαθητών μας.</w:t>
      </w:r>
      <w:r w:rsidR="00CF6709" w:rsidRPr="00D41242">
        <w:rPr>
          <w:sz w:val="26"/>
          <w:szCs w:val="26"/>
          <w:lang w:val="el-GR"/>
        </w:rPr>
        <w:t xml:space="preserve"> Συμμετέχουμε συλλογικά στις στάσεις εργασίας της ΟΛΜΕ.</w:t>
      </w:r>
    </w:p>
    <w:p w14:paraId="2D935C0B" w14:textId="1145FD6C" w:rsidR="00490007" w:rsidRPr="00D41242" w:rsidRDefault="00490007" w:rsidP="00490007">
      <w:pPr>
        <w:spacing w:line="360" w:lineRule="auto"/>
        <w:ind w:firstLine="142"/>
        <w:jc w:val="both"/>
        <w:rPr>
          <w:sz w:val="23"/>
          <w:szCs w:val="23"/>
          <w:lang w:val="el-GR"/>
        </w:rPr>
      </w:pPr>
      <w:r w:rsidRPr="00D41242">
        <w:rPr>
          <w:sz w:val="23"/>
          <w:szCs w:val="23"/>
          <w:lang w:val="el-GR"/>
        </w:rPr>
        <w:t xml:space="preserve">Πριν </w:t>
      </w:r>
      <w:r w:rsidRPr="00D41242">
        <w:rPr>
          <w:sz w:val="23"/>
          <w:szCs w:val="23"/>
          <w:lang w:val="el-GR"/>
        </w:rPr>
        <w:t xml:space="preserve">καν </w:t>
      </w:r>
      <w:r w:rsidRPr="00D41242">
        <w:rPr>
          <w:sz w:val="23"/>
          <w:szCs w:val="23"/>
          <w:lang w:val="el-GR"/>
        </w:rPr>
        <w:t xml:space="preserve">στεγνώσει η μελάνη της πρόσφατης ανακοίνωσής μας για τα ακάλυπτα κενά στα σχολεία, άρχισαν οι πιέσεις σε συναδέλφους για υποχρεωτικές υπερωρίες. Αντί να εξασφαλίσουν την πλήρη στελέχωση, το Υπουργείο και η Διοίκηση </w:t>
      </w:r>
      <w:r w:rsidRPr="00D41242">
        <w:rPr>
          <w:sz w:val="23"/>
          <w:szCs w:val="23"/>
          <w:lang w:val="el-GR"/>
        </w:rPr>
        <w:t xml:space="preserve">επιλέγουν να </w:t>
      </w:r>
      <w:r w:rsidRPr="00D41242">
        <w:rPr>
          <w:sz w:val="23"/>
          <w:szCs w:val="23"/>
          <w:lang w:val="el-GR"/>
        </w:rPr>
        <w:t>μεταφέρουν</w:t>
      </w:r>
      <w:r w:rsidRPr="00D41242">
        <w:rPr>
          <w:sz w:val="23"/>
          <w:szCs w:val="23"/>
          <w:lang w:val="el-GR"/>
        </w:rPr>
        <w:t xml:space="preserve"> </w:t>
      </w:r>
      <w:r w:rsidRPr="00D41242">
        <w:rPr>
          <w:sz w:val="23"/>
          <w:szCs w:val="23"/>
          <w:lang w:val="el-GR"/>
        </w:rPr>
        <w:t>το βάρος των ελλείψεων στις πλάτες μας.</w:t>
      </w:r>
    </w:p>
    <w:p w14:paraId="093EE911" w14:textId="3CC0BF2B" w:rsidR="00490007" w:rsidRPr="00D41242" w:rsidRDefault="00490007" w:rsidP="00490007">
      <w:pPr>
        <w:spacing w:line="360" w:lineRule="auto"/>
        <w:ind w:firstLine="142"/>
        <w:jc w:val="both"/>
        <w:rPr>
          <w:sz w:val="23"/>
          <w:szCs w:val="23"/>
          <w:lang w:val="el-GR"/>
        </w:rPr>
      </w:pPr>
      <w:r w:rsidRPr="00D41242">
        <w:rPr>
          <w:sz w:val="23"/>
          <w:szCs w:val="23"/>
          <w:lang w:val="el-GR"/>
        </w:rPr>
        <w:t xml:space="preserve">Η ΕΛΜΕ </w:t>
      </w:r>
      <w:r w:rsidRPr="00D41242">
        <w:rPr>
          <w:sz w:val="23"/>
          <w:szCs w:val="23"/>
          <w:lang w:val="el-GR"/>
        </w:rPr>
        <w:t xml:space="preserve">Λήμνου &amp; Αγ. Ευστρατίου είναι ξεκάθαρη: </w:t>
      </w:r>
      <w:r w:rsidRPr="00D41242">
        <w:rPr>
          <w:b/>
          <w:sz w:val="23"/>
          <w:szCs w:val="23"/>
          <w:lang w:val="el-GR"/>
        </w:rPr>
        <w:t>δεν αποδεχόμαστε</w:t>
      </w:r>
      <w:r w:rsidRPr="00D41242">
        <w:rPr>
          <w:b/>
          <w:sz w:val="23"/>
          <w:szCs w:val="23"/>
          <w:lang w:val="el-GR"/>
        </w:rPr>
        <w:t xml:space="preserve"> τις υποχρεωτικές υπερωρίες ως υποκατάστατο προσλήψεων</w:t>
      </w:r>
      <w:r w:rsidRPr="00D41242">
        <w:rPr>
          <w:sz w:val="23"/>
          <w:szCs w:val="23"/>
          <w:lang w:val="el-GR"/>
        </w:rPr>
        <w:t xml:space="preserve">. </w:t>
      </w:r>
      <w:r w:rsidR="004A74DD">
        <w:rPr>
          <w:sz w:val="23"/>
          <w:szCs w:val="23"/>
          <w:lang w:val="el-GR"/>
        </w:rPr>
        <w:t>Συμμετέχουμε</w:t>
      </w:r>
      <w:r w:rsidRPr="00D41242">
        <w:rPr>
          <w:sz w:val="23"/>
          <w:szCs w:val="23"/>
          <w:lang w:val="el-GR"/>
        </w:rPr>
        <w:t xml:space="preserve"> στις </w:t>
      </w:r>
      <w:r w:rsidR="004A74DD">
        <w:rPr>
          <w:sz w:val="23"/>
          <w:szCs w:val="23"/>
          <w:lang w:val="el-GR"/>
        </w:rPr>
        <w:t>σ</w:t>
      </w:r>
      <w:r w:rsidRPr="00D41242">
        <w:rPr>
          <w:sz w:val="23"/>
          <w:szCs w:val="23"/>
          <w:lang w:val="el-GR"/>
        </w:rPr>
        <w:t xml:space="preserve">τάσεις εργασίας της ΟΛΜΕ </w:t>
      </w:r>
      <w:r w:rsidR="004A74DD">
        <w:rPr>
          <w:sz w:val="23"/>
          <w:szCs w:val="23"/>
          <w:lang w:val="el-GR"/>
        </w:rPr>
        <w:t>από τις υποχρεωτικές υπερωρίες, ως μια</w:t>
      </w:r>
      <w:r w:rsidRPr="00D41242">
        <w:rPr>
          <w:sz w:val="23"/>
          <w:szCs w:val="23"/>
          <w:lang w:val="el-GR"/>
        </w:rPr>
        <w:t xml:space="preserve"> πράξη ευθύνης για </w:t>
      </w:r>
      <w:r w:rsidRPr="00D41242">
        <w:rPr>
          <w:sz w:val="23"/>
          <w:szCs w:val="23"/>
          <w:lang w:val="el-GR"/>
        </w:rPr>
        <w:t xml:space="preserve">την υπεράσπιση </w:t>
      </w:r>
      <w:r w:rsidRPr="00D41242">
        <w:rPr>
          <w:sz w:val="23"/>
          <w:szCs w:val="23"/>
          <w:lang w:val="el-GR"/>
        </w:rPr>
        <w:t>τ</w:t>
      </w:r>
      <w:r w:rsidRPr="00D41242">
        <w:rPr>
          <w:sz w:val="23"/>
          <w:szCs w:val="23"/>
          <w:lang w:val="el-GR"/>
        </w:rPr>
        <w:t>ων εργασιακών μας δικαιωμάτων, αλλά</w:t>
      </w:r>
      <w:r w:rsidRPr="00D41242">
        <w:rPr>
          <w:sz w:val="23"/>
          <w:szCs w:val="23"/>
          <w:lang w:val="el-GR"/>
        </w:rPr>
        <w:t xml:space="preserve"> και τ</w:t>
      </w:r>
      <w:r w:rsidRPr="00D41242">
        <w:rPr>
          <w:sz w:val="23"/>
          <w:szCs w:val="23"/>
          <w:lang w:val="el-GR"/>
        </w:rPr>
        <w:t>ων</w:t>
      </w:r>
      <w:r w:rsidRPr="00D41242">
        <w:rPr>
          <w:sz w:val="23"/>
          <w:szCs w:val="23"/>
          <w:lang w:val="el-GR"/>
        </w:rPr>
        <w:t xml:space="preserve"> μορφωτικ</w:t>
      </w:r>
      <w:r w:rsidRPr="00D41242">
        <w:rPr>
          <w:sz w:val="23"/>
          <w:szCs w:val="23"/>
          <w:lang w:val="el-GR"/>
        </w:rPr>
        <w:t>ών</w:t>
      </w:r>
      <w:r w:rsidRPr="00D41242">
        <w:rPr>
          <w:sz w:val="23"/>
          <w:szCs w:val="23"/>
          <w:lang w:val="el-GR"/>
        </w:rPr>
        <w:t xml:space="preserve"> αν</w:t>
      </w:r>
      <w:r w:rsidRPr="00D41242">
        <w:rPr>
          <w:sz w:val="23"/>
          <w:szCs w:val="23"/>
          <w:lang w:val="el-GR"/>
        </w:rPr>
        <w:t>αγκών</w:t>
      </w:r>
      <w:r w:rsidRPr="00D41242">
        <w:rPr>
          <w:sz w:val="23"/>
          <w:szCs w:val="23"/>
          <w:lang w:val="el-GR"/>
        </w:rPr>
        <w:t xml:space="preserve"> των μαθητών μας.</w:t>
      </w:r>
    </w:p>
    <w:p w14:paraId="3ED567F1" w14:textId="214DB581" w:rsidR="00490007" w:rsidRPr="00D41242" w:rsidRDefault="00490007" w:rsidP="00490007">
      <w:pPr>
        <w:spacing w:line="360" w:lineRule="auto"/>
        <w:ind w:firstLine="142"/>
        <w:jc w:val="both"/>
        <w:rPr>
          <w:sz w:val="23"/>
          <w:szCs w:val="23"/>
          <w:lang w:val="el-GR"/>
        </w:rPr>
      </w:pPr>
      <w:r w:rsidRPr="00D41242">
        <w:rPr>
          <w:b/>
          <w:sz w:val="23"/>
          <w:szCs w:val="23"/>
          <w:lang w:val="el-GR"/>
        </w:rPr>
        <w:t>Η κάλυψη των κενών με υπερωρίες στερεί δυνατότητες πρόσληψης από αδιόριστους συναδέλφους</w:t>
      </w:r>
      <w:r w:rsidRPr="00D41242">
        <w:rPr>
          <w:sz w:val="23"/>
          <w:szCs w:val="23"/>
          <w:lang w:val="el-GR"/>
        </w:rPr>
        <w:t>.</w:t>
      </w:r>
      <w:r w:rsidRPr="00D41242">
        <w:rPr>
          <w:sz w:val="23"/>
          <w:szCs w:val="23"/>
          <w:lang w:val="el-GR"/>
        </w:rPr>
        <w:t xml:space="preserve"> </w:t>
      </w:r>
      <w:r w:rsidRPr="00D41242">
        <w:rPr>
          <w:sz w:val="23"/>
          <w:szCs w:val="23"/>
          <w:lang w:val="el-GR"/>
        </w:rPr>
        <w:t xml:space="preserve">Ώρες που θα μπορούσαν να στηρίξουν προσλήψεις αναπληρωτών μοιράζονται </w:t>
      </w:r>
      <w:r w:rsidRPr="00D41242">
        <w:rPr>
          <w:sz w:val="23"/>
          <w:szCs w:val="23"/>
          <w:lang w:val="el-GR"/>
        </w:rPr>
        <w:t>ως υπερωρίες</w:t>
      </w:r>
      <w:r w:rsidRPr="00D41242">
        <w:rPr>
          <w:sz w:val="23"/>
          <w:szCs w:val="23"/>
          <w:lang w:val="el-GR"/>
        </w:rPr>
        <w:t xml:space="preserve"> </w:t>
      </w:r>
      <w:r w:rsidRPr="00D41242">
        <w:rPr>
          <w:sz w:val="23"/>
          <w:szCs w:val="23"/>
          <w:lang w:val="el-GR"/>
        </w:rPr>
        <w:t xml:space="preserve">και </w:t>
      </w:r>
      <w:r w:rsidRPr="00D41242">
        <w:rPr>
          <w:sz w:val="23"/>
          <w:szCs w:val="23"/>
          <w:lang w:val="el-GR"/>
        </w:rPr>
        <w:t xml:space="preserve">εμφανίζονται ως </w:t>
      </w:r>
      <w:r w:rsidRPr="00D41242">
        <w:rPr>
          <w:sz w:val="23"/>
          <w:szCs w:val="23"/>
          <w:lang w:val="el-GR"/>
        </w:rPr>
        <w:t>«</w:t>
      </w:r>
      <w:r w:rsidRPr="00D41242">
        <w:rPr>
          <w:sz w:val="23"/>
          <w:szCs w:val="23"/>
          <w:lang w:val="el-GR"/>
        </w:rPr>
        <w:t>καλυμμένες</w:t>
      </w:r>
      <w:r w:rsidRPr="00D41242">
        <w:rPr>
          <w:sz w:val="23"/>
          <w:szCs w:val="23"/>
          <w:lang w:val="el-GR"/>
        </w:rPr>
        <w:t>»</w:t>
      </w:r>
      <w:r w:rsidRPr="00D41242">
        <w:rPr>
          <w:sz w:val="23"/>
          <w:szCs w:val="23"/>
          <w:lang w:val="el-GR"/>
        </w:rPr>
        <w:t xml:space="preserve">. Η συλλογική αντίδραση μέσα από τις στάσεις εργασίας </w:t>
      </w:r>
      <w:r w:rsidRPr="00D41242">
        <w:rPr>
          <w:sz w:val="23"/>
          <w:szCs w:val="23"/>
          <w:lang w:val="el-GR"/>
        </w:rPr>
        <w:t>διατηρεί</w:t>
      </w:r>
      <w:r w:rsidRPr="00D41242">
        <w:rPr>
          <w:sz w:val="23"/>
          <w:szCs w:val="23"/>
          <w:lang w:val="el-GR"/>
        </w:rPr>
        <w:t xml:space="preserve"> ορατές τις ανάγκες των σχολείων, ενισχύει την πίεση για προσλήψεις και εκφράζει έμπρακτη αλληλεγγύη στους αδιόριστους συναδέλφους μας. Δεν αποδεχόμαστε άλλοι να υποχρεώνονται να εργάζονται πέρα από το ωράριό τους και άλλοι να παραμένουν άνεργοι.</w:t>
      </w:r>
    </w:p>
    <w:p w14:paraId="7E16D1C1" w14:textId="489A79AB" w:rsidR="00490007" w:rsidRPr="00D41242" w:rsidRDefault="00490007" w:rsidP="00490007">
      <w:pPr>
        <w:spacing w:line="360" w:lineRule="auto"/>
        <w:ind w:firstLine="142"/>
        <w:jc w:val="both"/>
        <w:rPr>
          <w:sz w:val="23"/>
          <w:szCs w:val="23"/>
          <w:lang w:val="el-GR"/>
        </w:rPr>
      </w:pPr>
      <w:r w:rsidRPr="00D41242">
        <w:rPr>
          <w:b/>
          <w:sz w:val="23"/>
          <w:szCs w:val="23"/>
          <w:lang w:val="el-GR"/>
        </w:rPr>
        <w:t>Η αύξηση του ωραρίου υποβαθμίζει σοβαρά την ποιότητα της εκπαίδευσης.</w:t>
      </w:r>
      <w:r w:rsidRPr="00D41242">
        <w:rPr>
          <w:b/>
          <w:sz w:val="23"/>
          <w:szCs w:val="23"/>
          <w:lang w:val="el-GR"/>
        </w:rPr>
        <w:t xml:space="preserve"> </w:t>
      </w:r>
      <w:r w:rsidRPr="00D41242">
        <w:rPr>
          <w:sz w:val="23"/>
          <w:szCs w:val="23"/>
          <w:lang w:val="el-GR"/>
        </w:rPr>
        <w:t xml:space="preserve">Πέντε επιπλέον ώρες σημαίνουν αύξηση </w:t>
      </w:r>
      <w:r w:rsidR="001E2986" w:rsidRPr="00D41242">
        <w:rPr>
          <w:sz w:val="23"/>
          <w:szCs w:val="23"/>
          <w:lang w:val="el-GR"/>
        </w:rPr>
        <w:t xml:space="preserve">ωραρίου σε ποσοστό από 22% ως </w:t>
      </w:r>
      <w:r w:rsidRPr="00D41242">
        <w:rPr>
          <w:sz w:val="23"/>
          <w:szCs w:val="23"/>
          <w:lang w:val="el-GR"/>
        </w:rPr>
        <w:t>2</w:t>
      </w:r>
      <w:r w:rsidR="001E2986" w:rsidRPr="00D41242">
        <w:rPr>
          <w:sz w:val="23"/>
          <w:szCs w:val="23"/>
          <w:lang w:val="el-GR"/>
        </w:rPr>
        <w:t>8</w:t>
      </w:r>
      <w:r w:rsidRPr="00D41242">
        <w:rPr>
          <w:sz w:val="23"/>
          <w:szCs w:val="23"/>
          <w:lang w:val="el-GR"/>
        </w:rPr>
        <w:t xml:space="preserve">%. Μαζί </w:t>
      </w:r>
      <w:r w:rsidR="0036024F" w:rsidRPr="00D41242">
        <w:rPr>
          <w:sz w:val="23"/>
          <w:szCs w:val="23"/>
          <w:lang w:val="el-GR"/>
        </w:rPr>
        <w:t xml:space="preserve">με το ωράριο, όμως, </w:t>
      </w:r>
      <w:r w:rsidRPr="00D41242">
        <w:rPr>
          <w:sz w:val="23"/>
          <w:szCs w:val="23"/>
          <w:lang w:val="el-GR"/>
        </w:rPr>
        <w:t xml:space="preserve">αυξάνονται η προετοιμασία, οι διορθώσεις και η αξιολόγηση </w:t>
      </w:r>
      <w:r w:rsidR="0036024F" w:rsidRPr="00D41242">
        <w:rPr>
          <w:sz w:val="23"/>
          <w:szCs w:val="23"/>
          <w:lang w:val="el-GR"/>
        </w:rPr>
        <w:t xml:space="preserve">των </w:t>
      </w:r>
      <w:r w:rsidRPr="00D41242">
        <w:rPr>
          <w:sz w:val="23"/>
          <w:szCs w:val="23"/>
          <w:lang w:val="el-GR"/>
        </w:rPr>
        <w:t>μαθητών, πάνω στα ήδη αυξημένα διδακτικά και διοικητικά μας καθή</w:t>
      </w:r>
      <w:r w:rsidR="0036024F" w:rsidRPr="00D41242">
        <w:rPr>
          <w:sz w:val="23"/>
          <w:szCs w:val="23"/>
          <w:lang w:val="el-GR"/>
        </w:rPr>
        <w:t>κοντα. Η κόπωση συσσωρεύεται ενώ</w:t>
      </w:r>
      <w:r w:rsidRPr="00D41242">
        <w:rPr>
          <w:sz w:val="23"/>
          <w:szCs w:val="23"/>
          <w:lang w:val="el-GR"/>
        </w:rPr>
        <w:t xml:space="preserve"> περιορίζεται η δυνατότητα ουσιαστικής στήριξης κάθε μαθητή, ιδιαίτερα όταν μετακινούμαστε ανάμεσα σε δύο, τρία ή περισσότερα σχολεία.</w:t>
      </w:r>
    </w:p>
    <w:p w14:paraId="1C6186A3" w14:textId="0BD7E805" w:rsidR="008B554F" w:rsidRPr="00D41242" w:rsidRDefault="00D41242" w:rsidP="00490007">
      <w:pPr>
        <w:spacing w:line="360" w:lineRule="auto"/>
        <w:ind w:firstLine="142"/>
        <w:jc w:val="both"/>
        <w:rPr>
          <w:sz w:val="23"/>
          <w:szCs w:val="23"/>
          <w:lang w:val="el-GR"/>
        </w:rPr>
      </w:pPr>
      <w:r w:rsidRPr="00301CEE">
        <w:rPr>
          <w:b/>
          <w:sz w:val="23"/>
          <w:szCs w:val="23"/>
          <w:lang w:val="el-GR"/>
        </w:rPr>
        <w:lastRenderedPageBreak/>
        <w:t>Η λογική που επιστρατεύεται</w:t>
      </w:r>
      <w:r w:rsidR="00490007" w:rsidRPr="00301CEE">
        <w:rPr>
          <w:b/>
          <w:sz w:val="23"/>
          <w:szCs w:val="23"/>
          <w:lang w:val="el-GR"/>
        </w:rPr>
        <w:t xml:space="preserve"> «</w:t>
      </w:r>
      <w:r w:rsidRPr="00301CEE">
        <w:rPr>
          <w:b/>
          <w:i/>
          <w:sz w:val="23"/>
          <w:szCs w:val="23"/>
          <w:lang w:val="el-GR"/>
        </w:rPr>
        <w:t xml:space="preserve">αναλάβετε για </w:t>
      </w:r>
      <w:r w:rsidR="00490007" w:rsidRPr="00301CEE">
        <w:rPr>
          <w:b/>
          <w:i/>
          <w:sz w:val="23"/>
          <w:szCs w:val="23"/>
          <w:lang w:val="el-GR"/>
        </w:rPr>
        <w:t>να μη χάσουν μάθημα τα παιδιά</w:t>
      </w:r>
      <w:r w:rsidRPr="00301CEE">
        <w:rPr>
          <w:b/>
          <w:sz w:val="23"/>
          <w:szCs w:val="23"/>
          <w:lang w:val="el-GR"/>
        </w:rPr>
        <w:t xml:space="preserve">» </w:t>
      </w:r>
      <w:proofErr w:type="spellStart"/>
      <w:r w:rsidRPr="00301CEE">
        <w:rPr>
          <w:b/>
          <w:sz w:val="23"/>
          <w:szCs w:val="23"/>
          <w:lang w:val="el-GR"/>
        </w:rPr>
        <w:t>εργαλειοποιεί</w:t>
      </w:r>
      <w:proofErr w:type="spellEnd"/>
      <w:r w:rsidRPr="00301CEE">
        <w:rPr>
          <w:b/>
          <w:sz w:val="23"/>
          <w:szCs w:val="23"/>
          <w:lang w:val="el-GR"/>
        </w:rPr>
        <w:t xml:space="preserve"> το φιλότιμο και την αίσθηση ευθύνης μας</w:t>
      </w:r>
      <w:r w:rsidRPr="00D41242">
        <w:rPr>
          <w:sz w:val="23"/>
          <w:szCs w:val="23"/>
          <w:lang w:val="el-GR"/>
        </w:rPr>
        <w:t xml:space="preserve">, ακριβώς </w:t>
      </w:r>
      <w:r w:rsidR="00490007" w:rsidRPr="00D41242">
        <w:rPr>
          <w:sz w:val="23"/>
          <w:szCs w:val="23"/>
          <w:lang w:val="el-GR"/>
        </w:rPr>
        <w:t>για να απαλλάξει από τις ευθύνες τους όσους αφήνουν τα σχολεία χωρίς καθηγητές</w:t>
      </w:r>
      <w:r w:rsidRPr="00D41242">
        <w:rPr>
          <w:sz w:val="23"/>
          <w:szCs w:val="23"/>
          <w:lang w:val="el-GR"/>
        </w:rPr>
        <w:t>. Όμως, η αποδοχή της υπερωριακής απασχόλησης ουσιαστικά</w:t>
      </w:r>
      <w:r w:rsidR="00490007" w:rsidRPr="00D41242">
        <w:rPr>
          <w:sz w:val="23"/>
          <w:szCs w:val="23"/>
          <w:lang w:val="el-GR"/>
        </w:rPr>
        <w:t xml:space="preserve"> διαιωνίζει την </w:t>
      </w:r>
      <w:proofErr w:type="spellStart"/>
      <w:r w:rsidR="00490007" w:rsidRPr="00D41242">
        <w:rPr>
          <w:sz w:val="23"/>
          <w:szCs w:val="23"/>
          <w:lang w:val="el-GR"/>
        </w:rPr>
        <w:t>υποστελέχωση</w:t>
      </w:r>
      <w:proofErr w:type="spellEnd"/>
      <w:r w:rsidRPr="00D41242">
        <w:rPr>
          <w:sz w:val="23"/>
          <w:szCs w:val="23"/>
          <w:lang w:val="el-GR"/>
        </w:rPr>
        <w:t xml:space="preserve"> και </w:t>
      </w:r>
      <w:r w:rsidRPr="00D41242">
        <w:rPr>
          <w:sz w:val="23"/>
          <w:szCs w:val="23"/>
          <w:lang w:val="el-GR"/>
        </w:rPr>
        <w:t>παγιών</w:t>
      </w:r>
      <w:r w:rsidRPr="00D41242">
        <w:rPr>
          <w:sz w:val="23"/>
          <w:szCs w:val="23"/>
          <w:lang w:val="el-GR"/>
        </w:rPr>
        <w:t>ει</w:t>
      </w:r>
      <w:r w:rsidRPr="00D41242">
        <w:rPr>
          <w:sz w:val="23"/>
          <w:szCs w:val="23"/>
          <w:lang w:val="el-GR"/>
        </w:rPr>
        <w:t xml:space="preserve"> την αύξηση του ωραρίου ως αυτονόητη «</w:t>
      </w:r>
      <w:proofErr w:type="spellStart"/>
      <w:r w:rsidRPr="00D41242">
        <w:rPr>
          <w:sz w:val="23"/>
          <w:szCs w:val="23"/>
          <w:lang w:val="el-GR"/>
        </w:rPr>
        <w:t>λύση»</w:t>
      </w:r>
      <w:proofErr w:type="spellEnd"/>
      <w:r w:rsidR="00490007" w:rsidRPr="00D41242">
        <w:rPr>
          <w:sz w:val="23"/>
          <w:szCs w:val="23"/>
          <w:lang w:val="el-GR"/>
        </w:rPr>
        <w:t>.</w:t>
      </w:r>
    </w:p>
    <w:p w14:paraId="403147F3" w14:textId="2B0ECDA8" w:rsidR="008B554F" w:rsidRPr="00D41242" w:rsidRDefault="00301CEE" w:rsidP="00CF6709">
      <w:pPr>
        <w:spacing w:line="360" w:lineRule="auto"/>
        <w:ind w:firstLine="142"/>
        <w:jc w:val="both"/>
        <w:rPr>
          <w:b/>
          <w:bCs/>
          <w:sz w:val="23"/>
          <w:szCs w:val="23"/>
          <w:lang w:val="el-GR"/>
        </w:rPr>
      </w:pPr>
      <w:r w:rsidRPr="00D41242">
        <w:rPr>
          <w:b/>
          <w:bCs/>
          <w:sz w:val="23"/>
          <w:szCs w:val="23"/>
          <w:lang w:val="el-GR"/>
        </w:rPr>
        <w:t>Καλούμ</w:t>
      </w:r>
      <w:r w:rsidR="00CB49C4" w:rsidRPr="00D41242">
        <w:rPr>
          <w:b/>
          <w:bCs/>
          <w:sz w:val="23"/>
          <w:szCs w:val="23"/>
          <w:lang w:val="el-GR"/>
        </w:rPr>
        <w:t>ε</w:t>
      </w:r>
      <w:r w:rsidRPr="00D41242">
        <w:rPr>
          <w:b/>
          <w:bCs/>
          <w:sz w:val="23"/>
          <w:szCs w:val="23"/>
          <w:lang w:val="el-GR"/>
        </w:rPr>
        <w:t xml:space="preserve"> </w:t>
      </w:r>
      <w:r w:rsidR="005E1432" w:rsidRPr="00D41242">
        <w:rPr>
          <w:b/>
          <w:bCs/>
          <w:sz w:val="23"/>
          <w:szCs w:val="23"/>
          <w:lang w:val="el-GR"/>
        </w:rPr>
        <w:t>τους/τις</w:t>
      </w:r>
      <w:r w:rsidRPr="00D41242">
        <w:rPr>
          <w:b/>
          <w:bCs/>
          <w:sz w:val="23"/>
          <w:szCs w:val="23"/>
          <w:lang w:val="el-GR"/>
        </w:rPr>
        <w:t xml:space="preserve"> συναδέλφους </w:t>
      </w:r>
      <w:r w:rsidR="003D6AEE" w:rsidRPr="00D41242">
        <w:rPr>
          <w:b/>
          <w:bCs/>
          <w:sz w:val="23"/>
          <w:szCs w:val="23"/>
          <w:lang w:val="el-GR"/>
        </w:rPr>
        <w:t xml:space="preserve">που πιέζονται να αναλάβουν </w:t>
      </w:r>
      <w:r w:rsidRPr="00D41242">
        <w:rPr>
          <w:b/>
          <w:bCs/>
          <w:sz w:val="23"/>
          <w:szCs w:val="23"/>
          <w:lang w:val="el-GR"/>
        </w:rPr>
        <w:t>υποχρεωτικές υπερωρίες:</w:t>
      </w:r>
    </w:p>
    <w:p w14:paraId="7CAE5348" w14:textId="3F0A2707" w:rsidR="00CB49C4" w:rsidRPr="00D41242" w:rsidRDefault="00CB49C4" w:rsidP="00CB49C4">
      <w:pPr>
        <w:pStyle w:val="a0"/>
        <w:spacing w:line="360" w:lineRule="auto"/>
        <w:jc w:val="both"/>
        <w:rPr>
          <w:sz w:val="23"/>
          <w:szCs w:val="23"/>
          <w:lang w:val="el-GR"/>
        </w:rPr>
      </w:pPr>
      <w:r w:rsidRPr="00D41242">
        <w:rPr>
          <w:sz w:val="23"/>
          <w:szCs w:val="23"/>
          <w:lang w:val="el-GR"/>
        </w:rPr>
        <w:t xml:space="preserve">Να επισημαίνουν </w:t>
      </w:r>
      <w:r w:rsidR="002D2D05" w:rsidRPr="00D41242">
        <w:rPr>
          <w:sz w:val="23"/>
          <w:szCs w:val="23"/>
          <w:lang w:val="el-GR"/>
        </w:rPr>
        <w:t>ρητά</w:t>
      </w:r>
      <w:r w:rsidRPr="00D41242">
        <w:rPr>
          <w:sz w:val="23"/>
          <w:szCs w:val="23"/>
          <w:lang w:val="el-GR"/>
        </w:rPr>
        <w:t xml:space="preserve"> πως </w:t>
      </w:r>
      <w:r w:rsidR="003D6AEE" w:rsidRPr="00D41242">
        <w:rPr>
          <w:sz w:val="23"/>
          <w:szCs w:val="23"/>
          <w:lang w:val="el-GR"/>
        </w:rPr>
        <w:t xml:space="preserve">σε καμία περίπτωση </w:t>
      </w:r>
      <w:r w:rsidRPr="00D41242">
        <w:rPr>
          <w:sz w:val="23"/>
          <w:szCs w:val="23"/>
          <w:lang w:val="el-GR"/>
        </w:rPr>
        <w:t>δεν επιθυμούν την ανάληψη υπερωριών.</w:t>
      </w:r>
    </w:p>
    <w:p w14:paraId="46BDF448" w14:textId="094BF9C5" w:rsidR="00CB49C4" w:rsidRPr="00D41242" w:rsidRDefault="00CB49C4" w:rsidP="00CB49C4">
      <w:pPr>
        <w:pStyle w:val="a0"/>
        <w:spacing w:line="360" w:lineRule="auto"/>
        <w:jc w:val="both"/>
        <w:rPr>
          <w:sz w:val="23"/>
          <w:szCs w:val="23"/>
          <w:lang w:val="el-GR"/>
        </w:rPr>
      </w:pPr>
      <w:r w:rsidRPr="00D41242">
        <w:rPr>
          <w:sz w:val="23"/>
          <w:szCs w:val="23"/>
          <w:lang w:val="el-GR"/>
        </w:rPr>
        <w:t>Σε περίπτωση που ο/η Διευθυντής/-</w:t>
      </w:r>
      <w:proofErr w:type="spellStart"/>
      <w:r w:rsidRPr="00D41242">
        <w:rPr>
          <w:sz w:val="23"/>
          <w:szCs w:val="23"/>
          <w:lang w:val="el-GR"/>
        </w:rPr>
        <w:t>τρια</w:t>
      </w:r>
      <w:proofErr w:type="spellEnd"/>
      <w:r w:rsidRPr="00D41242">
        <w:rPr>
          <w:sz w:val="23"/>
          <w:szCs w:val="23"/>
          <w:lang w:val="el-GR"/>
        </w:rPr>
        <w:t xml:space="preserve"> προχωρά στην ανάθεση των υπερωριών υποχρεωτικά, να ζητούν </w:t>
      </w:r>
      <w:r w:rsidR="003D6AEE" w:rsidRPr="00D41242">
        <w:rPr>
          <w:sz w:val="23"/>
          <w:szCs w:val="23"/>
          <w:lang w:val="el-GR"/>
        </w:rPr>
        <w:t>αντίγραφο</w:t>
      </w:r>
      <w:r w:rsidRPr="00D41242">
        <w:rPr>
          <w:sz w:val="23"/>
          <w:szCs w:val="23"/>
          <w:lang w:val="el-GR"/>
        </w:rPr>
        <w:t xml:space="preserve"> της </w:t>
      </w:r>
      <w:r w:rsidR="003D6AEE" w:rsidRPr="00D41242">
        <w:rPr>
          <w:sz w:val="23"/>
          <w:szCs w:val="23"/>
          <w:lang w:val="el-GR"/>
        </w:rPr>
        <w:t>σχετικής π</w:t>
      </w:r>
      <w:r w:rsidRPr="00D41242">
        <w:rPr>
          <w:sz w:val="23"/>
          <w:szCs w:val="23"/>
          <w:lang w:val="el-GR"/>
        </w:rPr>
        <w:t>ράξης</w:t>
      </w:r>
      <w:r w:rsidR="003D6AEE" w:rsidRPr="00D41242">
        <w:rPr>
          <w:sz w:val="23"/>
          <w:szCs w:val="23"/>
          <w:lang w:val="el-GR"/>
        </w:rPr>
        <w:t xml:space="preserve"> </w:t>
      </w:r>
      <w:r w:rsidRPr="00D41242">
        <w:rPr>
          <w:sz w:val="23"/>
          <w:szCs w:val="23"/>
          <w:lang w:val="el-GR"/>
        </w:rPr>
        <w:t xml:space="preserve">και </w:t>
      </w:r>
      <w:r w:rsidR="003D6AEE" w:rsidRPr="00D41242">
        <w:rPr>
          <w:sz w:val="23"/>
          <w:szCs w:val="23"/>
          <w:lang w:val="el-GR"/>
        </w:rPr>
        <w:t xml:space="preserve">γραπτή </w:t>
      </w:r>
      <w:r w:rsidRPr="00D41242">
        <w:rPr>
          <w:sz w:val="23"/>
          <w:szCs w:val="23"/>
          <w:lang w:val="el-GR"/>
        </w:rPr>
        <w:t xml:space="preserve">βεβαίωση της ΔΙΔΕ Λέσβου πως δεν υπάρχουν πλεονάσματα ωρών της ίδιας ειδικότητας σε </w:t>
      </w:r>
      <w:r w:rsidR="00304362">
        <w:rPr>
          <w:sz w:val="23"/>
          <w:szCs w:val="23"/>
          <w:lang w:val="el-GR"/>
        </w:rPr>
        <w:t>σχολεία</w:t>
      </w:r>
      <w:r w:rsidRPr="00D41242">
        <w:rPr>
          <w:sz w:val="23"/>
          <w:szCs w:val="23"/>
          <w:lang w:val="el-GR"/>
        </w:rPr>
        <w:t xml:space="preserve"> της ίδιας ή όμορης ομάδας</w:t>
      </w:r>
      <w:r w:rsidR="003D6AEE" w:rsidRPr="00D41242">
        <w:rPr>
          <w:sz w:val="23"/>
          <w:szCs w:val="23"/>
          <w:lang w:val="el-GR"/>
        </w:rPr>
        <w:t>.</w:t>
      </w:r>
    </w:p>
    <w:p w14:paraId="00514334" w14:textId="249B2A4A" w:rsidR="00CB49C4" w:rsidRPr="00D41242" w:rsidRDefault="00CB49C4" w:rsidP="00CB49C4">
      <w:pPr>
        <w:pStyle w:val="a0"/>
        <w:spacing w:line="360" w:lineRule="auto"/>
        <w:jc w:val="both"/>
        <w:rPr>
          <w:sz w:val="23"/>
          <w:szCs w:val="23"/>
          <w:lang w:val="el-GR"/>
        </w:rPr>
      </w:pPr>
      <w:r w:rsidRPr="00D41242">
        <w:rPr>
          <w:sz w:val="23"/>
          <w:szCs w:val="23"/>
          <w:lang w:val="el-GR"/>
        </w:rPr>
        <w:t xml:space="preserve">Κατά τις ώρες και τις ημέρες που </w:t>
      </w:r>
      <w:r w:rsidR="004A74DD">
        <w:rPr>
          <w:sz w:val="23"/>
          <w:szCs w:val="23"/>
          <w:lang w:val="el-GR"/>
        </w:rPr>
        <w:t xml:space="preserve">τους </w:t>
      </w:r>
      <w:r w:rsidRPr="00D41242">
        <w:rPr>
          <w:sz w:val="23"/>
          <w:szCs w:val="23"/>
          <w:lang w:val="el-GR"/>
        </w:rPr>
        <w:t xml:space="preserve">ανατίθενται </w:t>
      </w:r>
      <w:r w:rsidR="004A74DD">
        <w:rPr>
          <w:sz w:val="23"/>
          <w:szCs w:val="23"/>
          <w:lang w:val="el-GR"/>
        </w:rPr>
        <w:t xml:space="preserve">οι </w:t>
      </w:r>
      <w:r w:rsidRPr="00D41242">
        <w:rPr>
          <w:sz w:val="23"/>
          <w:szCs w:val="23"/>
          <w:lang w:val="el-GR"/>
        </w:rPr>
        <w:t xml:space="preserve">υποχρεωτικές υπερωρίες, να κάνουν χρήση των κυλιόμενων </w:t>
      </w:r>
      <w:proofErr w:type="spellStart"/>
      <w:r w:rsidRPr="00D41242">
        <w:rPr>
          <w:sz w:val="23"/>
          <w:szCs w:val="23"/>
          <w:lang w:val="el-GR"/>
        </w:rPr>
        <w:t>μονόωρων</w:t>
      </w:r>
      <w:proofErr w:type="spellEnd"/>
      <w:r w:rsidRPr="00D41242">
        <w:rPr>
          <w:sz w:val="23"/>
          <w:szCs w:val="23"/>
          <w:lang w:val="el-GR"/>
        </w:rPr>
        <w:t xml:space="preserve"> στάσεων εργασίας </w:t>
      </w:r>
      <w:r w:rsidR="004A74DD">
        <w:rPr>
          <w:sz w:val="23"/>
          <w:szCs w:val="23"/>
          <w:lang w:val="el-GR"/>
        </w:rPr>
        <w:t>α</w:t>
      </w:r>
      <w:r w:rsidRPr="00D41242">
        <w:rPr>
          <w:sz w:val="23"/>
          <w:szCs w:val="23"/>
          <w:lang w:val="el-GR"/>
        </w:rPr>
        <w:t>πό την υπερωριακή απασχόληση</w:t>
      </w:r>
      <w:r w:rsidR="004A74DD">
        <w:rPr>
          <w:sz w:val="23"/>
          <w:szCs w:val="23"/>
          <w:lang w:val="el-GR"/>
        </w:rPr>
        <w:t xml:space="preserve"> που </w:t>
      </w:r>
      <w:r w:rsidRPr="00D41242">
        <w:rPr>
          <w:sz w:val="23"/>
          <w:szCs w:val="23"/>
          <w:lang w:val="el-GR"/>
        </w:rPr>
        <w:t xml:space="preserve">έχει προκηρύξει η ΟΛΜΕ </w:t>
      </w:r>
      <w:r w:rsidR="002D2D05" w:rsidRPr="00D41242">
        <w:rPr>
          <w:b/>
          <w:bCs/>
          <w:sz w:val="23"/>
          <w:szCs w:val="23"/>
          <w:lang w:val="el-GR"/>
        </w:rPr>
        <w:t>από Δευτέρα 5 έως Παρασκευή 30 Οκτωβρίου 2026</w:t>
      </w:r>
      <w:r w:rsidR="002D2D05" w:rsidRPr="00D41242">
        <w:rPr>
          <w:sz w:val="23"/>
          <w:szCs w:val="23"/>
          <w:lang w:val="el-GR"/>
        </w:rPr>
        <w:t>.</w:t>
      </w:r>
    </w:p>
    <w:p w14:paraId="488BDB96" w14:textId="37D2CBB4" w:rsidR="00CB49C4" w:rsidRPr="00D41242" w:rsidRDefault="00CB49C4" w:rsidP="00CB49C4">
      <w:pPr>
        <w:pStyle w:val="a0"/>
        <w:spacing w:line="360" w:lineRule="auto"/>
        <w:jc w:val="both"/>
        <w:rPr>
          <w:sz w:val="23"/>
          <w:szCs w:val="23"/>
          <w:lang w:val="el-GR"/>
        </w:rPr>
      </w:pPr>
      <w:r w:rsidRPr="00D41242">
        <w:rPr>
          <w:sz w:val="23"/>
          <w:szCs w:val="23"/>
          <w:lang w:val="el-GR"/>
        </w:rPr>
        <w:t xml:space="preserve">Υπενθυμίζουμε, ότι η συμμετοχή σε </w:t>
      </w:r>
      <w:r w:rsidR="003D6AEE" w:rsidRPr="00D41242">
        <w:rPr>
          <w:sz w:val="23"/>
          <w:szCs w:val="23"/>
          <w:lang w:val="el-GR"/>
        </w:rPr>
        <w:t xml:space="preserve">νόμιμη </w:t>
      </w:r>
      <w:r w:rsidRPr="00D41242">
        <w:rPr>
          <w:sz w:val="23"/>
          <w:szCs w:val="23"/>
          <w:lang w:val="el-GR"/>
        </w:rPr>
        <w:t xml:space="preserve">στάση εργασίας δεν συνιστά πειθαρχικό παράπτωμα </w:t>
      </w:r>
      <w:r w:rsidR="003D6AEE" w:rsidRPr="00D41242">
        <w:rPr>
          <w:sz w:val="23"/>
          <w:szCs w:val="23"/>
          <w:lang w:val="el-GR"/>
        </w:rPr>
        <w:t>ούτε άρνηση εκτέλεσης καθήκοντος</w:t>
      </w:r>
      <w:r w:rsidRPr="00D41242">
        <w:rPr>
          <w:sz w:val="23"/>
          <w:szCs w:val="23"/>
          <w:lang w:val="el-GR"/>
        </w:rPr>
        <w:t xml:space="preserve">. Επιπλέον, η στάση εργασίας </w:t>
      </w:r>
      <w:r w:rsidR="004A74DD">
        <w:rPr>
          <w:sz w:val="23"/>
          <w:szCs w:val="23"/>
          <w:lang w:val="el-GR"/>
        </w:rPr>
        <w:t>αποκλειστικά από τις υπερωρίες</w:t>
      </w:r>
      <w:r w:rsidRPr="00D41242">
        <w:rPr>
          <w:sz w:val="23"/>
          <w:szCs w:val="23"/>
          <w:lang w:val="el-GR"/>
        </w:rPr>
        <w:t xml:space="preserve"> οδηγεί </w:t>
      </w:r>
      <w:r w:rsidRPr="00D41242">
        <w:rPr>
          <w:sz w:val="23"/>
          <w:szCs w:val="23"/>
          <w:u w:val="single"/>
          <w:lang w:val="el-GR"/>
        </w:rPr>
        <w:t>μόνο σε μη πληρωμή αυτ</w:t>
      </w:r>
      <w:r w:rsidR="004A74DD">
        <w:rPr>
          <w:sz w:val="23"/>
          <w:szCs w:val="23"/>
          <w:u w:val="single"/>
          <w:lang w:val="el-GR"/>
        </w:rPr>
        <w:t xml:space="preserve">ών </w:t>
      </w:r>
      <w:r w:rsidRPr="00D41242">
        <w:rPr>
          <w:sz w:val="23"/>
          <w:szCs w:val="23"/>
          <w:u w:val="single"/>
          <w:lang w:val="el-GR"/>
        </w:rPr>
        <w:t>τ</w:t>
      </w:r>
      <w:r w:rsidR="004A74DD">
        <w:rPr>
          <w:sz w:val="23"/>
          <w:szCs w:val="23"/>
          <w:u w:val="single"/>
          <w:lang w:val="el-GR"/>
        </w:rPr>
        <w:t>ων</w:t>
      </w:r>
      <w:r w:rsidRPr="00D41242">
        <w:rPr>
          <w:sz w:val="23"/>
          <w:szCs w:val="23"/>
          <w:u w:val="single"/>
          <w:lang w:val="el-GR"/>
        </w:rPr>
        <w:t xml:space="preserve"> </w:t>
      </w:r>
      <w:r w:rsidR="004A74DD">
        <w:rPr>
          <w:sz w:val="23"/>
          <w:szCs w:val="23"/>
          <w:u w:val="single"/>
          <w:lang w:val="el-GR"/>
        </w:rPr>
        <w:t>ωρών</w:t>
      </w:r>
      <w:r w:rsidRPr="00D41242">
        <w:rPr>
          <w:sz w:val="23"/>
          <w:szCs w:val="23"/>
          <w:u w:val="single"/>
          <w:lang w:val="el-GR"/>
        </w:rPr>
        <w:t xml:space="preserve"> και </w:t>
      </w:r>
      <w:r w:rsidR="004A74DD">
        <w:rPr>
          <w:sz w:val="23"/>
          <w:szCs w:val="23"/>
          <w:u w:val="single"/>
          <w:lang w:val="el-GR"/>
        </w:rPr>
        <w:t xml:space="preserve">όχι </w:t>
      </w:r>
      <w:r w:rsidRPr="00D41242">
        <w:rPr>
          <w:sz w:val="23"/>
          <w:szCs w:val="23"/>
          <w:u w:val="single"/>
          <w:lang w:val="el-GR"/>
        </w:rPr>
        <w:t>σε επιπλέον περικοπή μέρους του μισθού που αφορά στο κανονικό ωράριο του/της εκπαιδευτικού</w:t>
      </w:r>
      <w:r w:rsidRPr="00D41242">
        <w:rPr>
          <w:sz w:val="23"/>
          <w:szCs w:val="23"/>
          <w:lang w:val="el-GR"/>
        </w:rPr>
        <w:t>.</w:t>
      </w:r>
    </w:p>
    <w:p w14:paraId="31E2215D" w14:textId="4B67FC8F" w:rsidR="008B554F" w:rsidRPr="00D41242" w:rsidRDefault="00304362" w:rsidP="00CF6709">
      <w:pPr>
        <w:spacing w:line="360" w:lineRule="auto"/>
        <w:ind w:firstLine="142"/>
        <w:jc w:val="both"/>
        <w:rPr>
          <w:b/>
          <w:sz w:val="23"/>
          <w:szCs w:val="23"/>
          <w:lang w:val="el-GR"/>
        </w:rPr>
      </w:pPr>
      <w:r>
        <w:rPr>
          <w:b/>
          <w:sz w:val="23"/>
          <w:szCs w:val="23"/>
          <w:lang w:val="el-GR"/>
        </w:rPr>
        <w:t>ΚΑΛΟΥΜΕ</w:t>
      </w:r>
      <w:r w:rsidR="00301CEE" w:rsidRPr="00D41242">
        <w:rPr>
          <w:b/>
          <w:sz w:val="23"/>
          <w:szCs w:val="23"/>
          <w:lang w:val="el-GR"/>
        </w:rPr>
        <w:t xml:space="preserve"> </w:t>
      </w:r>
      <w:r w:rsidR="00301CEE" w:rsidRPr="004A74DD">
        <w:rPr>
          <w:sz w:val="23"/>
          <w:szCs w:val="23"/>
          <w:lang w:val="el-GR"/>
        </w:rPr>
        <w:t>τις Διευθύντριες και τους Διευθυντές να σταθούν στο πλευρό των συναδέλφων, να μην ασκούν πίεση για την ανάληψη υπερωριών και να</w:t>
      </w:r>
      <w:r w:rsidR="00301CEE" w:rsidRPr="004A74DD">
        <w:rPr>
          <w:sz w:val="23"/>
          <w:szCs w:val="23"/>
          <w:lang w:val="el-GR"/>
        </w:rPr>
        <w:t xml:space="preserve"> διεκδικήσουμε από κοινού την πλήρη στελέχωση των σχολείων.</w:t>
      </w:r>
    </w:p>
    <w:p w14:paraId="342E7229" w14:textId="0AEDB18F" w:rsidR="00304362" w:rsidRDefault="00304362" w:rsidP="00CF6709">
      <w:pPr>
        <w:spacing w:line="360" w:lineRule="auto"/>
        <w:ind w:firstLine="142"/>
        <w:jc w:val="both"/>
        <w:rPr>
          <w:b/>
          <w:sz w:val="23"/>
          <w:szCs w:val="23"/>
          <w:lang w:val="el-GR"/>
        </w:rPr>
      </w:pPr>
      <w:r>
        <w:rPr>
          <w:b/>
          <w:sz w:val="23"/>
          <w:szCs w:val="23"/>
          <w:lang w:val="el-GR"/>
        </w:rPr>
        <w:t>ΑΠΑΙΤΟΥΜΕ</w:t>
      </w:r>
      <w:r w:rsidR="00301CEE" w:rsidRPr="00D41242">
        <w:rPr>
          <w:b/>
          <w:sz w:val="23"/>
          <w:szCs w:val="23"/>
          <w:lang w:val="el-GR"/>
        </w:rPr>
        <w:t xml:space="preserve"> </w:t>
      </w:r>
      <w:r w:rsidR="00301CEE" w:rsidRPr="004A74DD">
        <w:rPr>
          <w:sz w:val="23"/>
          <w:szCs w:val="23"/>
          <w:lang w:val="el-GR"/>
        </w:rPr>
        <w:t>άμεση κάλυψη όλων των κενών, μαζικούς μόνιμους διορισμούς και τις αναγκαίες προσλήψεις αναπληρωτών.</w:t>
      </w:r>
      <w:r w:rsidR="00301CEE" w:rsidRPr="00D41242">
        <w:rPr>
          <w:b/>
          <w:sz w:val="23"/>
          <w:szCs w:val="23"/>
          <w:lang w:val="el-GR"/>
        </w:rPr>
        <w:t xml:space="preserve"> </w:t>
      </w:r>
    </w:p>
    <w:p w14:paraId="4B26B4F1" w14:textId="320F0C97" w:rsidR="008B554F" w:rsidRPr="00D41242" w:rsidRDefault="00304362" w:rsidP="00CF6709">
      <w:pPr>
        <w:spacing w:line="360" w:lineRule="auto"/>
        <w:ind w:firstLine="142"/>
        <w:jc w:val="both"/>
        <w:rPr>
          <w:b/>
          <w:sz w:val="23"/>
          <w:szCs w:val="23"/>
          <w:lang w:val="el-GR"/>
        </w:rPr>
      </w:pPr>
      <w:r>
        <w:rPr>
          <w:b/>
          <w:sz w:val="23"/>
          <w:szCs w:val="23"/>
          <w:lang w:val="el-GR"/>
        </w:rPr>
        <w:t xml:space="preserve">ΥΠΕΡΑΣΠΙΖΟΜΑΣΤΕ </w:t>
      </w:r>
      <w:r w:rsidR="00301CEE" w:rsidRPr="004A74DD">
        <w:rPr>
          <w:sz w:val="23"/>
          <w:szCs w:val="23"/>
          <w:lang w:val="el-GR"/>
        </w:rPr>
        <w:t>συλλογικά το ωράρι</w:t>
      </w:r>
      <w:r w:rsidR="002D2D05" w:rsidRPr="004A74DD">
        <w:rPr>
          <w:sz w:val="23"/>
          <w:szCs w:val="23"/>
          <w:lang w:val="el-GR"/>
        </w:rPr>
        <w:t>ό</w:t>
      </w:r>
      <w:r w:rsidR="00301CEE" w:rsidRPr="004A74DD">
        <w:rPr>
          <w:sz w:val="23"/>
          <w:szCs w:val="23"/>
          <w:lang w:val="el-GR"/>
        </w:rPr>
        <w:t xml:space="preserve"> μας, το δικαίωμα των συναδέλφων μας στη δουλειά κα</w:t>
      </w:r>
      <w:r w:rsidR="00301CEE" w:rsidRPr="004A74DD">
        <w:rPr>
          <w:sz w:val="23"/>
          <w:szCs w:val="23"/>
          <w:lang w:val="el-GR"/>
        </w:rPr>
        <w:t>ι το δικαίωμα των μαθητών μας στη μόρφωση.</w:t>
      </w:r>
    </w:p>
    <w:p w14:paraId="475372F9" w14:textId="4E13A511" w:rsidR="009D7918" w:rsidRPr="002D2D05" w:rsidRDefault="009D7918">
      <w:pPr>
        <w:rPr>
          <w:b/>
          <w:lang w:val="el-GR"/>
        </w:rPr>
      </w:pPr>
    </w:p>
    <w:p w14:paraId="16676E5D" w14:textId="62B05C55" w:rsidR="009D7918" w:rsidRPr="003D6AEE" w:rsidRDefault="00301CEE">
      <w:pPr>
        <w:rPr>
          <w:lang w:val="el-GR"/>
        </w:rPr>
      </w:pPr>
      <w:bookmarkStart w:id="0" w:name="_GoBack"/>
      <w:bookmarkEnd w:id="0"/>
      <w:r>
        <w:rPr>
          <w:noProof/>
          <w:lang w:val="el-GR" w:eastAsia="el-GR"/>
        </w:rPr>
        <w:drawing>
          <wp:anchor distT="0" distB="0" distL="114300" distR="114300" simplePos="0" relativeHeight="251660800" behindDoc="0" locked="0" layoutInCell="1" allowOverlap="1" wp14:anchorId="06FBD72E" wp14:editId="0B137816">
            <wp:simplePos x="0" y="0"/>
            <wp:positionH relativeFrom="column">
              <wp:posOffset>1640840</wp:posOffset>
            </wp:positionH>
            <wp:positionV relativeFrom="paragraph">
              <wp:posOffset>69629</wp:posOffset>
            </wp:positionV>
            <wp:extent cx="3002280" cy="1363980"/>
            <wp:effectExtent l="0" t="0" r="7620" b="0"/>
            <wp:wrapThrough wrapText="bothSides">
              <wp:wrapPolygon edited="0">
                <wp:start x="7812" y="302"/>
                <wp:lineTo x="7401" y="5732"/>
                <wp:lineTo x="959" y="8145"/>
                <wp:lineTo x="685" y="10257"/>
                <wp:lineTo x="2330" y="10559"/>
                <wp:lineTo x="274" y="12067"/>
                <wp:lineTo x="274" y="14782"/>
                <wp:lineTo x="1645" y="15385"/>
                <wp:lineTo x="822" y="16894"/>
                <wp:lineTo x="1096" y="18704"/>
                <wp:lineTo x="9183" y="19911"/>
                <wp:lineTo x="11239" y="19911"/>
                <wp:lineTo x="21381" y="19307"/>
                <wp:lineTo x="21518" y="16592"/>
                <wp:lineTo x="17269" y="15385"/>
                <wp:lineTo x="20970" y="14782"/>
                <wp:lineTo x="21107" y="12067"/>
                <wp:lineTo x="18228" y="10559"/>
                <wp:lineTo x="20832" y="10559"/>
                <wp:lineTo x="20421" y="8145"/>
                <wp:lineTo x="12883" y="5732"/>
                <wp:lineTo x="12335" y="302"/>
                <wp:lineTo x="7812" y="302"/>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officeArt object"/>
                    <pic:cNvPicPr/>
                  </pic:nvPicPr>
                  <pic:blipFill>
                    <a:blip r:embed="rId8"/>
                    <a:stretch>
                      <a:fillRect/>
                    </a:stretch>
                  </pic:blipFill>
                  <pic:spPr>
                    <a:xfrm>
                      <a:off x="0" y="0"/>
                      <a:ext cx="3002280" cy="136398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sectPr w:rsidR="009D7918" w:rsidRPr="003D6AEE" w:rsidSect="00301CEE">
      <w:pgSz w:w="12240" w:h="15840"/>
      <w:pgMar w:top="1008" w:right="1152" w:bottom="141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309020205020404"/>
    <w:charset w:val="00"/>
    <w:family w:val="auto"/>
    <w:pitch w:val="variable"/>
    <w:sig w:usb0="00000003" w:usb1="00000000" w:usb2="00000000" w:usb3="00000000" w:csb0="00000001" w:csb1="00000000"/>
  </w:font>
  <w:font w:name="Helvetica">
    <w:panose1 w:val="020B0604020202020204"/>
    <w:charset w:val="A1"/>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F1ED8"/>
    <w:rsid w:val="0015074B"/>
    <w:rsid w:val="001C2B1E"/>
    <w:rsid w:val="001E2986"/>
    <w:rsid w:val="0029639D"/>
    <w:rsid w:val="002D2D05"/>
    <w:rsid w:val="00301CEE"/>
    <w:rsid w:val="00304362"/>
    <w:rsid w:val="00326F90"/>
    <w:rsid w:val="0036024F"/>
    <w:rsid w:val="003D6AEE"/>
    <w:rsid w:val="00490007"/>
    <w:rsid w:val="004A74DD"/>
    <w:rsid w:val="005E1432"/>
    <w:rsid w:val="006253A4"/>
    <w:rsid w:val="008B554F"/>
    <w:rsid w:val="008E7576"/>
    <w:rsid w:val="009D7918"/>
    <w:rsid w:val="00A2772A"/>
    <w:rsid w:val="00A3422E"/>
    <w:rsid w:val="00AA1D8D"/>
    <w:rsid w:val="00B47730"/>
    <w:rsid w:val="00C62A13"/>
    <w:rsid w:val="00CB0664"/>
    <w:rsid w:val="00CB49C4"/>
    <w:rsid w:val="00CF6709"/>
    <w:rsid w:val="00D412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F66EAE"/>
  <w14:defaultImageDpi w14:val="300"/>
  <w15:docId w15:val="{BCED0B76-3259-4937-A113-88E625931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40" w:line="257" w:lineRule="auto"/>
    </w:pPr>
    <w:rPr>
      <w:rFonts w:ascii="Arial" w:hAnsi="Arial"/>
      <w:color w:val="000000"/>
      <w:sz w:val="24"/>
    </w:rPr>
  </w:style>
  <w:style w:type="paragraph" w:styleId="1">
    <w:name w:val="heading 1"/>
    <w:basedOn w:val="a1"/>
    <w:next w:val="a1"/>
    <w:link w:val="1Char"/>
    <w:uiPriority w:val="9"/>
    <w:qFormat/>
    <w:rsid w:val="00FC693F"/>
    <w:pPr>
      <w:keepNext/>
      <w:keepLines/>
      <w:spacing w:before="200" w:after="120"/>
      <w:outlineLvl w:val="0"/>
    </w:pPr>
    <w:rPr>
      <w:rFonts w:asciiTheme="majorHAnsi" w:eastAsiaTheme="majorEastAsia" w:hAnsiTheme="majorHAnsi" w:cstheme="majorBidi"/>
      <w:b/>
      <w:bCs/>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300" w:line="240" w:lineRule="auto"/>
      <w:contextualSpacing/>
    </w:pPr>
    <w:rPr>
      <w:rFonts w:asciiTheme="majorHAnsi" w:eastAsiaTheme="majorEastAsia" w:hAnsiTheme="majorHAnsi" w:cstheme="majorBidi"/>
      <w:b/>
      <w:spacing w:val="5"/>
      <w:kern w:val="28"/>
      <w:sz w:val="34"/>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facebook.com/elmelimno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acebook.com/elmelimno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2F5D7-393A-4A2F-9AD2-D0D77C6EB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564</Words>
  <Characters>3051</Characters>
  <Application>Microsoft Office Word</Application>
  <DocSecurity>0</DocSecurity>
  <Lines>25</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Ανακοίνωση για τις υποχρεωτικές υπερωρίες 2026</vt:lpstr>
      <vt:lpstr>Ανακοίνωση για τις υποχρεωτικές υπερωρίες 2026</vt:lpstr>
    </vt:vector>
  </TitlesOfParts>
  <Manager/>
  <Company/>
  <LinksUpToDate>false</LinksUpToDate>
  <CharactersWithSpaces>3608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Ανακοίνωση για τις υποχρεωτικές υπερωρίες 2026</dc:title>
  <dc:subject/>
  <dc:creator>ΕΛΜΕ Λήμνου – Αγίου Ευστρατίου</dc:creator>
  <cp:keywords/>
  <dc:description>generated by python-docx</dc:description>
  <cp:lastModifiedBy>Alexis Rizos</cp:lastModifiedBy>
  <cp:revision>5</cp:revision>
  <dcterms:created xsi:type="dcterms:W3CDTF">2026-10-09T08:47:00Z</dcterms:created>
  <dcterms:modified xsi:type="dcterms:W3CDTF">2026-10-09T09:04:00Z</dcterms:modified>
  <cp:category/>
</cp:coreProperties>
</file>